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8F6DED" w14:textId="77777777" w:rsidR="00AE7873" w:rsidRDefault="00AE7873" w:rsidP="00AE7873">
      <w:pPr>
        <w:spacing w:after="0" w:line="240" w:lineRule="auto"/>
        <w:jc w:val="center"/>
        <w:rPr>
          <w:rFonts w:ascii="Algerian" w:hAnsi="Algerian"/>
          <w:b/>
          <w:color w:val="B58A3B"/>
          <w:sz w:val="26"/>
        </w:rPr>
      </w:pPr>
    </w:p>
    <w:p w14:paraId="11B3716A" w14:textId="3E143684" w:rsidR="00AE7873" w:rsidRPr="00022DF8" w:rsidRDefault="00022DF8" w:rsidP="00AE7873">
      <w:pPr>
        <w:spacing w:after="0" w:line="240" w:lineRule="auto"/>
        <w:jc w:val="center"/>
        <w:rPr>
          <w:rFonts w:ascii="Maiandra GD" w:hAnsi="Maiandra GD"/>
          <w:b/>
          <w:color w:val="B58A3B"/>
          <w:sz w:val="26"/>
        </w:rPr>
      </w:pPr>
      <w:r w:rsidRPr="00022DF8">
        <w:rPr>
          <w:rFonts w:ascii="Maiandra GD" w:hAnsi="Maiandra GD"/>
          <w:b/>
          <w:color w:val="C00000"/>
          <w:sz w:val="40"/>
        </w:rPr>
        <w:t>ORDEN DE LOS CLÉRIGOS REGULARES DE</w:t>
      </w:r>
      <w:r w:rsidR="00634E6F" w:rsidRPr="00022DF8">
        <w:rPr>
          <w:rFonts w:ascii="Maiandra GD" w:hAnsi="Maiandra GD"/>
          <w:b/>
          <w:color w:val="C00000"/>
          <w:sz w:val="40"/>
        </w:rPr>
        <w:t xml:space="preserve"> SOMASCA</w:t>
      </w:r>
    </w:p>
    <w:p w14:paraId="5EF68033" w14:textId="77777777" w:rsidR="00AE7873" w:rsidRDefault="00AE7873" w:rsidP="00AE7873">
      <w:pPr>
        <w:spacing w:after="0" w:line="240" w:lineRule="auto"/>
        <w:jc w:val="center"/>
        <w:rPr>
          <w:rFonts w:ascii="Algerian" w:hAnsi="Algerian"/>
          <w:b/>
          <w:color w:val="B58A3B"/>
          <w:sz w:val="26"/>
        </w:rPr>
      </w:pPr>
    </w:p>
    <w:p w14:paraId="1347F779" w14:textId="77777777" w:rsidR="00F262CE" w:rsidRDefault="00634E6F" w:rsidP="00AE7873">
      <w:pPr>
        <w:spacing w:after="0" w:line="240" w:lineRule="auto"/>
        <w:jc w:val="center"/>
        <w:rPr>
          <w:rFonts w:ascii="Algerian" w:hAnsi="Algerian"/>
        </w:rPr>
      </w:pPr>
      <w:r w:rsidRPr="00AE7873">
        <w:rPr>
          <w:rFonts w:ascii="Algerian" w:hAnsi="Algerian"/>
          <w:noProof/>
          <w:lang w:val="es-ES" w:eastAsia="es-ES"/>
        </w:rPr>
        <w:drawing>
          <wp:inline distT="0" distB="0" distL="0" distR="0" wp14:anchorId="68A07873" wp14:editId="164F4A8E">
            <wp:extent cx="3015916" cy="29872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ma(5)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1697" cy="301278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5BDE40C" w14:textId="77777777" w:rsidR="00AE7873" w:rsidRPr="00AE7873" w:rsidRDefault="00AE7873" w:rsidP="00AE7873">
      <w:pPr>
        <w:spacing w:after="0" w:line="240" w:lineRule="auto"/>
        <w:jc w:val="center"/>
        <w:rPr>
          <w:rFonts w:ascii="Algerian" w:hAnsi="Algerian"/>
        </w:rPr>
      </w:pPr>
    </w:p>
    <w:p w14:paraId="4AED954E" w14:textId="5124A888" w:rsidR="00F262CE" w:rsidRPr="00022DF8" w:rsidRDefault="00634E6F" w:rsidP="00AE7873">
      <w:pPr>
        <w:spacing w:after="0" w:line="240" w:lineRule="auto"/>
        <w:jc w:val="center"/>
        <w:rPr>
          <w:rFonts w:ascii="Georgia" w:hAnsi="Georgia" w:cs="Dreaming Outloud Script Pro"/>
          <w:sz w:val="44"/>
          <w:szCs w:val="36"/>
        </w:rPr>
      </w:pPr>
      <w:r w:rsidRPr="00022DF8">
        <w:rPr>
          <w:rFonts w:ascii="Georgia" w:hAnsi="Georgia" w:cs="Dreaming Outloud Script Pro"/>
          <w:b/>
          <w:color w:val="123B5D"/>
          <w:sz w:val="44"/>
          <w:szCs w:val="36"/>
        </w:rPr>
        <w:t>CONSULTA ORDINARIA</w:t>
      </w:r>
      <w:r w:rsidRPr="00022DF8">
        <w:rPr>
          <w:rFonts w:ascii="Georgia" w:hAnsi="Georgia" w:cs="Dreaming Outloud Script Pro"/>
          <w:b/>
          <w:color w:val="123B5D"/>
          <w:sz w:val="44"/>
          <w:szCs w:val="36"/>
        </w:rPr>
        <w:br/>
        <w:t>DE</w:t>
      </w:r>
      <w:r w:rsidR="00022DF8" w:rsidRPr="00022DF8">
        <w:rPr>
          <w:rFonts w:ascii="Georgia" w:hAnsi="Georgia" w:cs="Dreaming Outloud Script Pro"/>
          <w:b/>
          <w:color w:val="123B5D"/>
          <w:sz w:val="44"/>
          <w:szCs w:val="36"/>
        </w:rPr>
        <w:t xml:space="preserve"> LA ORDEN</w:t>
      </w:r>
    </w:p>
    <w:p w14:paraId="17859B98" w14:textId="77777777" w:rsidR="00F262CE" w:rsidRPr="00022DF8" w:rsidRDefault="00634E6F" w:rsidP="00AE7873">
      <w:pPr>
        <w:spacing w:after="0" w:line="240" w:lineRule="auto"/>
        <w:jc w:val="center"/>
        <w:rPr>
          <w:rFonts w:ascii="Segoe UI Historic" w:hAnsi="Segoe UI Historic" w:cs="Segoe UI Historic"/>
          <w:sz w:val="36"/>
          <w:szCs w:val="24"/>
        </w:rPr>
      </w:pPr>
      <w:r w:rsidRPr="00022DF8">
        <w:rPr>
          <w:rFonts w:ascii="Segoe UI Historic" w:hAnsi="Segoe UI Historic" w:cs="Segoe UI Historic"/>
          <w:b/>
          <w:color w:val="B58A3B"/>
          <w:sz w:val="36"/>
          <w:szCs w:val="24"/>
        </w:rPr>
        <w:t>INDONESIA • 1–10 DICEMBRE 2026</w:t>
      </w:r>
    </w:p>
    <w:p w14:paraId="45FD6F7C" w14:textId="77777777" w:rsidR="00AE7873" w:rsidRDefault="00AE7873" w:rsidP="00AE7873">
      <w:pPr>
        <w:spacing w:after="0" w:line="240" w:lineRule="auto"/>
        <w:jc w:val="center"/>
        <w:rPr>
          <w:rFonts w:ascii="Algerian" w:hAnsi="Algerian"/>
          <w:b/>
          <w:color w:val="123B5D"/>
          <w:sz w:val="44"/>
        </w:rPr>
      </w:pPr>
    </w:p>
    <w:p w14:paraId="6C6CCFE0" w14:textId="77777777" w:rsidR="008855FB" w:rsidRPr="008855FB" w:rsidRDefault="008855FB" w:rsidP="00AE7873">
      <w:pPr>
        <w:spacing w:after="0" w:line="240" w:lineRule="auto"/>
        <w:jc w:val="center"/>
        <w:rPr>
          <w:rFonts w:ascii="Algerian" w:hAnsi="Algerian"/>
          <w:b/>
          <w:color w:val="123B5D"/>
          <w:sz w:val="30"/>
          <w:szCs w:val="30"/>
        </w:rPr>
      </w:pPr>
    </w:p>
    <w:p w14:paraId="7BAEC9EA" w14:textId="2A99B004" w:rsidR="00F262CE" w:rsidRPr="00BE6943" w:rsidRDefault="00022DF8" w:rsidP="00AE7873">
      <w:pPr>
        <w:spacing w:after="0" w:line="240" w:lineRule="auto"/>
        <w:jc w:val="center"/>
        <w:rPr>
          <w:rFonts w:ascii="Algerian" w:hAnsi="Algerian"/>
          <w:color w:val="0070C0"/>
          <w:sz w:val="72"/>
          <w:szCs w:val="56"/>
        </w:rPr>
      </w:pPr>
      <w:proofErr w:type="spellStart"/>
      <w:proofErr w:type="gramStart"/>
      <w:r w:rsidRPr="00BE6943">
        <w:rPr>
          <w:rFonts w:ascii="Algerian" w:hAnsi="Algerian"/>
          <w:color w:val="0070C0"/>
          <w:sz w:val="72"/>
          <w:szCs w:val="56"/>
        </w:rPr>
        <w:t>cU</w:t>
      </w:r>
      <w:r w:rsidR="00634E6F" w:rsidRPr="00BE6943">
        <w:rPr>
          <w:rFonts w:ascii="Algerian" w:hAnsi="Algerian"/>
          <w:color w:val="0070C0"/>
          <w:sz w:val="72"/>
          <w:szCs w:val="56"/>
        </w:rPr>
        <w:t>ESTIONARIO</w:t>
      </w:r>
      <w:proofErr w:type="spellEnd"/>
      <w:proofErr w:type="gramEnd"/>
    </w:p>
    <w:p w14:paraId="373EE1BF" w14:textId="77777777" w:rsidR="00AE7873" w:rsidRDefault="00AE7873" w:rsidP="00AE7873">
      <w:pPr>
        <w:spacing w:after="0" w:line="240" w:lineRule="auto"/>
        <w:jc w:val="center"/>
        <w:rPr>
          <w:rFonts w:ascii="Algerian" w:hAnsi="Algerian"/>
          <w:b/>
          <w:color w:val="123B5D"/>
          <w:sz w:val="44"/>
        </w:rPr>
      </w:pPr>
    </w:p>
    <w:p w14:paraId="71318DEF" w14:textId="77777777" w:rsidR="00AE7873" w:rsidRPr="00AE7873" w:rsidRDefault="00AE7873" w:rsidP="00AE7873">
      <w:pPr>
        <w:spacing w:after="0" w:line="240" w:lineRule="auto"/>
        <w:jc w:val="center"/>
        <w:rPr>
          <w:rFonts w:ascii="Algerian" w:hAnsi="Algerian"/>
        </w:rPr>
      </w:pPr>
    </w:p>
    <w:p w14:paraId="7B8522F2" w14:textId="426B2978" w:rsidR="00F262CE" w:rsidRPr="00022DF8" w:rsidRDefault="00022DF8" w:rsidP="00AE7873">
      <w:pPr>
        <w:spacing w:after="0" w:line="240" w:lineRule="auto"/>
        <w:jc w:val="center"/>
        <w:rPr>
          <w:rFonts w:ascii="Georgia Pro Cond Black" w:hAnsi="Georgia Pro Cond Black"/>
          <w:sz w:val="34"/>
          <w:szCs w:val="28"/>
        </w:rPr>
      </w:pPr>
      <w:proofErr w:type="gramStart"/>
      <w:r>
        <w:rPr>
          <w:rFonts w:ascii="Georgia Pro Cond Black" w:hAnsi="Georgia Pro Cond Black"/>
          <w:i/>
          <w:sz w:val="34"/>
          <w:szCs w:val="28"/>
        </w:rPr>
        <w:t>para</w:t>
      </w:r>
      <w:proofErr w:type="gramEnd"/>
      <w:r>
        <w:rPr>
          <w:rFonts w:ascii="Georgia Pro Cond Black" w:hAnsi="Georgia Pro Cond Black"/>
          <w:i/>
          <w:sz w:val="34"/>
          <w:szCs w:val="28"/>
        </w:rPr>
        <w:t xml:space="preserve"> las </w:t>
      </w:r>
      <w:proofErr w:type="spellStart"/>
      <w:r>
        <w:rPr>
          <w:rFonts w:ascii="Georgia Pro Cond Black" w:hAnsi="Georgia Pro Cond Black"/>
          <w:i/>
          <w:sz w:val="34"/>
          <w:szCs w:val="28"/>
        </w:rPr>
        <w:t>Provincias</w:t>
      </w:r>
      <w:proofErr w:type="spellEnd"/>
      <w:r>
        <w:rPr>
          <w:rFonts w:ascii="Georgia Pro Cond Black" w:hAnsi="Georgia Pro Cond Black"/>
          <w:i/>
          <w:sz w:val="34"/>
          <w:szCs w:val="28"/>
        </w:rPr>
        <w:t xml:space="preserve">, </w:t>
      </w:r>
      <w:proofErr w:type="spellStart"/>
      <w:r>
        <w:rPr>
          <w:rFonts w:ascii="Georgia Pro Cond Black" w:hAnsi="Georgia Pro Cond Black"/>
          <w:i/>
          <w:sz w:val="34"/>
          <w:szCs w:val="28"/>
        </w:rPr>
        <w:t>Viceprovincias</w:t>
      </w:r>
      <w:proofErr w:type="spellEnd"/>
      <w:r>
        <w:rPr>
          <w:rFonts w:ascii="Georgia Pro Cond Black" w:hAnsi="Georgia Pro Cond Black"/>
          <w:i/>
          <w:sz w:val="34"/>
          <w:szCs w:val="28"/>
        </w:rPr>
        <w:t xml:space="preserve">, </w:t>
      </w:r>
      <w:proofErr w:type="spellStart"/>
      <w:r>
        <w:rPr>
          <w:rFonts w:ascii="Georgia Pro Cond Black" w:hAnsi="Georgia Pro Cond Black"/>
          <w:i/>
          <w:sz w:val="34"/>
          <w:szCs w:val="28"/>
        </w:rPr>
        <w:t>Commisariados</w:t>
      </w:r>
      <w:proofErr w:type="spellEnd"/>
      <w:r>
        <w:rPr>
          <w:rFonts w:ascii="Georgia Pro Cond Black" w:hAnsi="Georgia Pro Cond Black"/>
          <w:i/>
          <w:sz w:val="34"/>
          <w:szCs w:val="28"/>
        </w:rPr>
        <w:t xml:space="preserve"> y </w:t>
      </w:r>
      <w:proofErr w:type="spellStart"/>
      <w:r>
        <w:rPr>
          <w:rFonts w:ascii="Georgia Pro Cond Black" w:hAnsi="Georgia Pro Cond Black"/>
          <w:i/>
          <w:sz w:val="34"/>
          <w:szCs w:val="28"/>
        </w:rPr>
        <w:t>Delegaciones</w:t>
      </w:r>
      <w:proofErr w:type="spellEnd"/>
    </w:p>
    <w:p w14:paraId="65EDFED2" w14:textId="77777777" w:rsidR="00AE7873" w:rsidRDefault="00AE7873" w:rsidP="00AE7873">
      <w:pPr>
        <w:spacing w:after="0" w:line="240" w:lineRule="auto"/>
        <w:jc w:val="center"/>
        <w:rPr>
          <w:rFonts w:ascii="Algerian" w:hAnsi="Algerian"/>
          <w:b/>
          <w:i/>
          <w:color w:val="B58A3B"/>
          <w:sz w:val="32"/>
        </w:rPr>
      </w:pPr>
    </w:p>
    <w:p w14:paraId="5FFF0F89" w14:textId="77777777" w:rsidR="008855FB" w:rsidRDefault="008855FB" w:rsidP="00AE7873">
      <w:pPr>
        <w:spacing w:after="0" w:line="240" w:lineRule="auto"/>
        <w:jc w:val="center"/>
        <w:rPr>
          <w:rFonts w:ascii="Algerian" w:hAnsi="Algerian"/>
          <w:b/>
          <w:i/>
          <w:color w:val="B58A3B"/>
          <w:sz w:val="32"/>
        </w:rPr>
      </w:pPr>
    </w:p>
    <w:p w14:paraId="3D9A9161" w14:textId="2D5ADE14" w:rsidR="00F262CE" w:rsidRPr="00022DF8" w:rsidRDefault="00634E6F" w:rsidP="00AE7873">
      <w:pPr>
        <w:spacing w:after="0" w:line="240" w:lineRule="auto"/>
        <w:jc w:val="center"/>
        <w:rPr>
          <w:rFonts w:ascii="Algerian" w:hAnsi="Algerian"/>
          <w:color w:val="C00000"/>
          <w:sz w:val="36"/>
          <w:szCs w:val="36"/>
        </w:rPr>
      </w:pPr>
      <w:r w:rsidRPr="00022DF8">
        <w:rPr>
          <w:rFonts w:ascii="Algerian" w:hAnsi="Algerian"/>
          <w:i/>
          <w:color w:val="C00000"/>
          <w:sz w:val="36"/>
          <w:szCs w:val="36"/>
        </w:rPr>
        <w:t>«</w:t>
      </w:r>
      <w:proofErr w:type="spellStart"/>
      <w:r w:rsidR="00022DF8" w:rsidRPr="00022DF8">
        <w:rPr>
          <w:rFonts w:ascii="Algerian" w:hAnsi="Algerian"/>
          <w:i/>
          <w:color w:val="C00000"/>
          <w:sz w:val="36"/>
          <w:szCs w:val="36"/>
        </w:rPr>
        <w:t>AQuí</w:t>
      </w:r>
      <w:proofErr w:type="spellEnd"/>
      <w:r w:rsidRPr="00022DF8">
        <w:rPr>
          <w:rFonts w:ascii="Algerian" w:hAnsi="Algerian"/>
          <w:i/>
          <w:color w:val="C00000"/>
          <w:sz w:val="36"/>
          <w:szCs w:val="36"/>
        </w:rPr>
        <w:t xml:space="preserve"> </w:t>
      </w:r>
      <w:r w:rsidR="00022DF8" w:rsidRPr="00022DF8">
        <w:rPr>
          <w:rFonts w:ascii="Algerian" w:hAnsi="Algerian"/>
          <w:i/>
          <w:color w:val="C00000"/>
          <w:sz w:val="36"/>
          <w:szCs w:val="36"/>
        </w:rPr>
        <w:t xml:space="preserve">hay </w:t>
      </w:r>
      <w:proofErr w:type="spellStart"/>
      <w:r w:rsidR="00022DF8" w:rsidRPr="00022DF8">
        <w:rPr>
          <w:rFonts w:ascii="Algerian" w:hAnsi="Algerian"/>
          <w:i/>
          <w:color w:val="C00000"/>
          <w:sz w:val="36"/>
          <w:szCs w:val="36"/>
        </w:rPr>
        <w:t>una</w:t>
      </w:r>
      <w:proofErr w:type="spellEnd"/>
      <w:r w:rsidR="00022DF8" w:rsidRPr="00022DF8">
        <w:rPr>
          <w:rFonts w:ascii="Algerian" w:hAnsi="Algerian"/>
          <w:i/>
          <w:color w:val="C00000"/>
          <w:sz w:val="36"/>
          <w:szCs w:val="36"/>
        </w:rPr>
        <w:t xml:space="preserve"> </w:t>
      </w:r>
      <w:proofErr w:type="spellStart"/>
      <w:r w:rsidR="00022DF8" w:rsidRPr="00022DF8">
        <w:rPr>
          <w:rFonts w:ascii="Algerian" w:hAnsi="Algerian"/>
          <w:i/>
          <w:color w:val="C00000"/>
          <w:sz w:val="36"/>
          <w:szCs w:val="36"/>
        </w:rPr>
        <w:t>necesidad</w:t>
      </w:r>
      <w:proofErr w:type="spellEnd"/>
      <w:r w:rsidR="00022DF8" w:rsidRPr="00022DF8">
        <w:rPr>
          <w:rFonts w:ascii="Algerian" w:hAnsi="Algerian"/>
          <w:i/>
          <w:color w:val="C00000"/>
          <w:sz w:val="36"/>
          <w:szCs w:val="36"/>
        </w:rPr>
        <w:t xml:space="preserve"> </w:t>
      </w:r>
      <w:proofErr w:type="spellStart"/>
      <w:r w:rsidR="00022DF8" w:rsidRPr="00022DF8">
        <w:rPr>
          <w:rFonts w:ascii="Algerian" w:hAnsi="Algerian"/>
          <w:i/>
          <w:color w:val="C00000"/>
          <w:sz w:val="36"/>
          <w:szCs w:val="36"/>
        </w:rPr>
        <w:t>semejante</w:t>
      </w:r>
      <w:proofErr w:type="spellEnd"/>
      <w:r w:rsidRPr="00022DF8">
        <w:rPr>
          <w:rFonts w:ascii="Algerian" w:hAnsi="Algerian"/>
          <w:i/>
          <w:color w:val="C00000"/>
          <w:sz w:val="36"/>
          <w:szCs w:val="36"/>
        </w:rPr>
        <w:t xml:space="preserve">, </w:t>
      </w:r>
      <w:proofErr w:type="spellStart"/>
      <w:r w:rsidR="00022DF8" w:rsidRPr="00022DF8">
        <w:rPr>
          <w:rFonts w:ascii="Algerian" w:hAnsi="Algerian"/>
          <w:i/>
          <w:color w:val="C00000"/>
          <w:sz w:val="36"/>
          <w:szCs w:val="36"/>
        </w:rPr>
        <w:t>tal</w:t>
      </w:r>
      <w:proofErr w:type="spellEnd"/>
      <w:r w:rsidR="00022DF8" w:rsidRPr="00022DF8">
        <w:rPr>
          <w:rFonts w:ascii="Algerian" w:hAnsi="Algerian"/>
          <w:i/>
          <w:color w:val="C00000"/>
          <w:sz w:val="36"/>
          <w:szCs w:val="36"/>
        </w:rPr>
        <w:t xml:space="preserve"> </w:t>
      </w:r>
      <w:proofErr w:type="spellStart"/>
      <w:r w:rsidR="00022DF8" w:rsidRPr="00022DF8">
        <w:rPr>
          <w:rFonts w:ascii="Algerian" w:hAnsi="Algerian"/>
          <w:i/>
          <w:color w:val="C00000"/>
          <w:sz w:val="36"/>
          <w:szCs w:val="36"/>
        </w:rPr>
        <w:t>vez</w:t>
      </w:r>
      <w:proofErr w:type="spellEnd"/>
      <w:r w:rsidR="00022DF8" w:rsidRPr="00022DF8">
        <w:rPr>
          <w:rFonts w:ascii="Algerian" w:hAnsi="Algerian"/>
          <w:i/>
          <w:color w:val="C00000"/>
          <w:sz w:val="36"/>
          <w:szCs w:val="36"/>
        </w:rPr>
        <w:t xml:space="preserve"> mayor</w:t>
      </w:r>
      <w:r w:rsidRPr="00022DF8">
        <w:rPr>
          <w:rFonts w:ascii="Algerian" w:hAnsi="Algerian"/>
          <w:i/>
          <w:color w:val="C00000"/>
          <w:sz w:val="36"/>
          <w:szCs w:val="36"/>
        </w:rPr>
        <w:t>»</w:t>
      </w:r>
    </w:p>
    <w:p w14:paraId="6DC80CA1" w14:textId="77777777" w:rsidR="00F262CE" w:rsidRPr="00AE7873" w:rsidRDefault="00634E6F" w:rsidP="00AE7873">
      <w:pPr>
        <w:spacing w:after="0" w:line="240" w:lineRule="auto"/>
        <w:rPr>
          <w:rFonts w:ascii="Algerian" w:hAnsi="Algerian"/>
        </w:rPr>
      </w:pPr>
      <w:r w:rsidRPr="00AE7873">
        <w:rPr>
          <w:rFonts w:ascii="Algerian" w:hAnsi="Algerian"/>
        </w:rPr>
        <w:br w:type="page"/>
      </w:r>
    </w:p>
    <w:p w14:paraId="540F1158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409384EE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7AE4E6B3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4A3EEE40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7CBEBE1C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739618C3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0129D27A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0C57E316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396A05AC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7C1BBBF4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177F3958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2B0E5886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4D469ADE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4B82836E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7EDD5EDF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53ED397D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4C3210DD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7CE6455F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732C8B64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6B116C04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6308D4F3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5F286F2A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4C5612DB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2A322F25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6F7D7815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751BC19B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5F48DCEA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652AAF34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5AF84234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5445C3E5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4223E788" w14:textId="77777777" w:rsidR="009774FA" w:rsidRDefault="009774FA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2E9966E3" w14:textId="35EF8DE9" w:rsidR="00F262CE" w:rsidRPr="008855FB" w:rsidRDefault="00022DF8" w:rsidP="00716FD6">
      <w:pPr>
        <w:pBdr>
          <w:bottom w:val="single" w:sz="14" w:space="1" w:color="B58A3B"/>
        </w:pBdr>
        <w:tabs>
          <w:tab w:val="left" w:pos="4140"/>
        </w:tabs>
        <w:spacing w:after="0" w:line="240" w:lineRule="auto"/>
        <w:rPr>
          <w:rFonts w:ascii="Book Antiqua" w:hAnsi="Book Antiqua"/>
          <w:sz w:val="24"/>
          <w:szCs w:val="24"/>
        </w:rPr>
      </w:pPr>
      <w:r w:rsidRPr="00707AA9">
        <w:rPr>
          <w:rFonts w:ascii="Book Antiqua" w:hAnsi="Book Antiqua"/>
          <w:b/>
          <w:color w:val="123B5D"/>
          <w:sz w:val="36"/>
          <w:szCs w:val="24"/>
        </w:rPr>
        <w:t>PREÁMBULO</w:t>
      </w:r>
      <w:r w:rsidR="008855FB">
        <w:rPr>
          <w:rFonts w:ascii="Book Antiqua" w:hAnsi="Book Antiqua"/>
          <w:b/>
          <w:color w:val="123B5D"/>
          <w:sz w:val="24"/>
          <w:szCs w:val="24"/>
        </w:rPr>
        <w:tab/>
      </w:r>
    </w:p>
    <w:p w14:paraId="7C9B1BA6" w14:textId="77777777" w:rsidR="00716FD6" w:rsidRDefault="00716FD6" w:rsidP="00716FD6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288DAF3C" w14:textId="3A29604A" w:rsidR="00022DF8" w:rsidRPr="00707AA9" w:rsidRDefault="00022DF8" w:rsidP="00716FD6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  <w:r w:rsidRPr="00707AA9">
        <w:rPr>
          <w:rFonts w:ascii="Book Antiqua" w:hAnsi="Book Antiqua"/>
          <w:sz w:val="36"/>
          <w:szCs w:val="24"/>
        </w:rPr>
        <w:t xml:space="preserve">Este </w:t>
      </w:r>
      <w:proofErr w:type="spellStart"/>
      <w:r w:rsidRPr="00707AA9">
        <w:rPr>
          <w:rFonts w:ascii="Book Antiqua" w:hAnsi="Book Antiqua"/>
          <w:sz w:val="36"/>
          <w:szCs w:val="24"/>
        </w:rPr>
        <w:t>cuestionario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</w:t>
      </w:r>
      <w:proofErr w:type="spellStart"/>
      <w:r w:rsidRPr="00707AA9">
        <w:rPr>
          <w:rFonts w:ascii="Book Antiqua" w:hAnsi="Book Antiqua"/>
          <w:sz w:val="36"/>
          <w:szCs w:val="24"/>
        </w:rPr>
        <w:t>tiene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</w:t>
      </w:r>
      <w:proofErr w:type="spellStart"/>
      <w:proofErr w:type="gramStart"/>
      <w:r w:rsidRPr="00707AA9">
        <w:rPr>
          <w:rFonts w:ascii="Book Antiqua" w:hAnsi="Book Antiqua"/>
          <w:sz w:val="36"/>
          <w:szCs w:val="24"/>
        </w:rPr>
        <w:t>como</w:t>
      </w:r>
      <w:proofErr w:type="spellEnd"/>
      <w:proofErr w:type="gramEnd"/>
      <w:r w:rsidRPr="00707AA9">
        <w:rPr>
          <w:rFonts w:ascii="Book Antiqua" w:hAnsi="Book Antiqua"/>
          <w:sz w:val="36"/>
          <w:szCs w:val="24"/>
        </w:rPr>
        <w:t xml:space="preserve"> </w:t>
      </w:r>
      <w:proofErr w:type="spellStart"/>
      <w:r w:rsidRPr="00707AA9">
        <w:rPr>
          <w:rFonts w:ascii="Book Antiqua" w:hAnsi="Book Antiqua"/>
          <w:sz w:val="36"/>
          <w:szCs w:val="24"/>
        </w:rPr>
        <w:t>finalidad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</w:t>
      </w:r>
      <w:proofErr w:type="spellStart"/>
      <w:r w:rsidRPr="00707AA9">
        <w:rPr>
          <w:rFonts w:ascii="Book Antiqua" w:hAnsi="Book Antiqua"/>
          <w:sz w:val="36"/>
          <w:szCs w:val="24"/>
        </w:rPr>
        <w:t>recopilar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</w:t>
      </w:r>
      <w:proofErr w:type="spellStart"/>
      <w:r w:rsidRPr="00707AA9">
        <w:rPr>
          <w:rFonts w:ascii="Book Antiqua" w:hAnsi="Book Antiqua"/>
          <w:sz w:val="36"/>
          <w:szCs w:val="24"/>
        </w:rPr>
        <w:t>datos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, </w:t>
      </w:r>
      <w:proofErr w:type="spellStart"/>
      <w:r w:rsidRPr="00707AA9">
        <w:rPr>
          <w:rFonts w:ascii="Book Antiqua" w:hAnsi="Book Antiqua"/>
          <w:sz w:val="36"/>
          <w:szCs w:val="24"/>
        </w:rPr>
        <w:t>expe</w:t>
      </w:r>
      <w:r w:rsidR="00BE6943">
        <w:rPr>
          <w:rFonts w:ascii="Book Antiqua" w:hAnsi="Book Antiqua"/>
          <w:sz w:val="36"/>
          <w:szCs w:val="24"/>
        </w:rPr>
        <w:t>-</w:t>
      </w:r>
      <w:r w:rsidRPr="00707AA9">
        <w:rPr>
          <w:rFonts w:ascii="Book Antiqua" w:hAnsi="Book Antiqua"/>
          <w:sz w:val="36"/>
          <w:szCs w:val="24"/>
        </w:rPr>
        <w:t>riencias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, </w:t>
      </w:r>
      <w:proofErr w:type="spellStart"/>
      <w:r w:rsidRPr="00707AA9">
        <w:rPr>
          <w:rFonts w:ascii="Book Antiqua" w:hAnsi="Book Antiqua"/>
          <w:sz w:val="36"/>
          <w:szCs w:val="24"/>
        </w:rPr>
        <w:t>valoraciones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y </w:t>
      </w:r>
      <w:proofErr w:type="spellStart"/>
      <w:r w:rsidRPr="00707AA9">
        <w:rPr>
          <w:rFonts w:ascii="Book Antiqua" w:hAnsi="Book Antiqua"/>
          <w:sz w:val="36"/>
          <w:szCs w:val="24"/>
        </w:rPr>
        <w:t>perspectivas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</w:t>
      </w:r>
      <w:proofErr w:type="spellStart"/>
      <w:r w:rsidRPr="00707AA9">
        <w:rPr>
          <w:rFonts w:ascii="Book Antiqua" w:hAnsi="Book Antiqua"/>
          <w:sz w:val="36"/>
          <w:szCs w:val="24"/>
        </w:rPr>
        <w:t>procedentes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de las </w:t>
      </w:r>
      <w:proofErr w:type="spellStart"/>
      <w:r w:rsidRPr="00707AA9">
        <w:rPr>
          <w:rFonts w:ascii="Book Antiqua" w:hAnsi="Book Antiqua"/>
          <w:sz w:val="36"/>
          <w:szCs w:val="24"/>
        </w:rPr>
        <w:t>distintas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</w:t>
      </w:r>
      <w:proofErr w:type="spellStart"/>
      <w:r w:rsidRPr="00707AA9">
        <w:rPr>
          <w:rFonts w:ascii="Book Antiqua" w:hAnsi="Book Antiqua"/>
          <w:sz w:val="36"/>
          <w:szCs w:val="24"/>
        </w:rPr>
        <w:t>estructuras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de la Orden. Las </w:t>
      </w:r>
      <w:proofErr w:type="spellStart"/>
      <w:r w:rsidRPr="00707AA9">
        <w:rPr>
          <w:rFonts w:ascii="Book Antiqua" w:hAnsi="Book Antiqua"/>
          <w:sz w:val="36"/>
          <w:szCs w:val="24"/>
        </w:rPr>
        <w:t>respuestas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</w:t>
      </w:r>
      <w:proofErr w:type="spellStart"/>
      <w:r w:rsidRPr="00707AA9">
        <w:rPr>
          <w:rFonts w:ascii="Book Antiqua" w:hAnsi="Book Antiqua"/>
          <w:sz w:val="36"/>
          <w:szCs w:val="24"/>
        </w:rPr>
        <w:t>servirán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para </w:t>
      </w:r>
      <w:proofErr w:type="spellStart"/>
      <w:r w:rsidRPr="00707AA9">
        <w:rPr>
          <w:rFonts w:ascii="Book Antiqua" w:hAnsi="Book Antiqua"/>
          <w:sz w:val="36"/>
          <w:szCs w:val="24"/>
        </w:rPr>
        <w:t>elaborar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</w:t>
      </w:r>
      <w:proofErr w:type="spellStart"/>
      <w:r w:rsidRPr="00707AA9">
        <w:rPr>
          <w:rFonts w:ascii="Book Antiqua" w:hAnsi="Book Antiqua"/>
          <w:sz w:val="36"/>
          <w:szCs w:val="24"/>
        </w:rPr>
        <w:t>una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vision </w:t>
      </w:r>
      <w:proofErr w:type="spellStart"/>
      <w:r w:rsidRPr="00707AA9">
        <w:rPr>
          <w:rFonts w:ascii="Book Antiqua" w:hAnsi="Book Antiqua"/>
          <w:sz w:val="36"/>
          <w:szCs w:val="24"/>
        </w:rPr>
        <w:t>compartida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</w:t>
      </w:r>
      <w:proofErr w:type="gramStart"/>
      <w:r w:rsidRPr="00707AA9">
        <w:rPr>
          <w:rFonts w:ascii="Book Antiqua" w:hAnsi="Book Antiqua"/>
          <w:sz w:val="36"/>
          <w:szCs w:val="24"/>
        </w:rPr>
        <w:t>del</w:t>
      </w:r>
      <w:proofErr w:type="gramEnd"/>
      <w:r w:rsidRPr="00707AA9">
        <w:rPr>
          <w:rFonts w:ascii="Book Antiqua" w:hAnsi="Book Antiqua"/>
          <w:sz w:val="36"/>
          <w:szCs w:val="24"/>
        </w:rPr>
        <w:t xml:space="preserve"> </w:t>
      </w:r>
      <w:proofErr w:type="spellStart"/>
      <w:r w:rsidRPr="00707AA9">
        <w:rPr>
          <w:rFonts w:ascii="Book Antiqua" w:hAnsi="Book Antiqua"/>
          <w:sz w:val="36"/>
          <w:szCs w:val="24"/>
        </w:rPr>
        <w:t>presente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y del future de las </w:t>
      </w:r>
      <w:proofErr w:type="spellStart"/>
      <w:r w:rsidRPr="00707AA9">
        <w:rPr>
          <w:rFonts w:ascii="Book Antiqua" w:hAnsi="Book Antiqua"/>
          <w:sz w:val="36"/>
          <w:szCs w:val="24"/>
        </w:rPr>
        <w:t>obras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somascas </w:t>
      </w:r>
      <w:proofErr w:type="spellStart"/>
      <w:r w:rsidRPr="00707AA9">
        <w:rPr>
          <w:rFonts w:ascii="Book Antiqua" w:hAnsi="Book Antiqua"/>
          <w:sz w:val="36"/>
          <w:szCs w:val="24"/>
        </w:rPr>
        <w:t>en</w:t>
      </w:r>
      <w:proofErr w:type="spellEnd"/>
      <w:r w:rsidRPr="00707AA9">
        <w:rPr>
          <w:rFonts w:ascii="Book Antiqua" w:hAnsi="Book Antiqua"/>
          <w:sz w:val="36"/>
          <w:szCs w:val="24"/>
        </w:rPr>
        <w:t xml:space="preserve"> el </w:t>
      </w:r>
      <w:proofErr w:type="spellStart"/>
      <w:r w:rsidRPr="00707AA9">
        <w:rPr>
          <w:rFonts w:ascii="Book Antiqua" w:hAnsi="Book Antiqua"/>
          <w:sz w:val="36"/>
          <w:szCs w:val="24"/>
        </w:rPr>
        <w:t>mundo</w:t>
      </w:r>
      <w:proofErr w:type="spellEnd"/>
      <w:r w:rsidRPr="00707AA9">
        <w:rPr>
          <w:rFonts w:ascii="Book Antiqua" w:hAnsi="Book Antiqua"/>
          <w:sz w:val="36"/>
          <w:szCs w:val="24"/>
        </w:rPr>
        <w:t>.</w:t>
      </w:r>
    </w:p>
    <w:p w14:paraId="4E0CE99B" w14:textId="6B015C06" w:rsidR="00F262CE" w:rsidRPr="008855FB" w:rsidRDefault="00F262CE" w:rsidP="00716FD6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F262CE" w:rsidRPr="008855FB" w14:paraId="6A9981D2" w14:textId="77777777">
        <w:trPr>
          <w:jc w:val="center"/>
        </w:trPr>
        <w:tc>
          <w:tcPr>
            <w:tcW w:w="10166" w:type="dxa"/>
            <w:shd w:val="clear" w:color="auto" w:fill="EAF0F5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06AC2A9" w14:textId="4871C986" w:rsidR="00F262CE" w:rsidRPr="00707AA9" w:rsidRDefault="00634E6F" w:rsidP="00716FD6">
            <w:pPr>
              <w:spacing w:after="0" w:line="240" w:lineRule="auto"/>
              <w:rPr>
                <w:rFonts w:ascii="Book Antiqua" w:hAnsi="Book Antiqua"/>
                <w:i/>
                <w:sz w:val="32"/>
                <w:szCs w:val="24"/>
              </w:rPr>
            </w:pPr>
            <w:proofErr w:type="spellStart"/>
            <w:r w:rsidRPr="00707AA9">
              <w:rPr>
                <w:rFonts w:ascii="Book Antiqua" w:hAnsi="Book Antiqua"/>
                <w:b/>
                <w:i/>
                <w:color w:val="123B5D"/>
                <w:sz w:val="32"/>
                <w:szCs w:val="24"/>
              </w:rPr>
              <w:t>Indica</w:t>
            </w:r>
            <w:r w:rsidR="00707AA9" w:rsidRPr="00707AA9">
              <w:rPr>
                <w:rFonts w:ascii="Book Antiqua" w:hAnsi="Book Antiqua"/>
                <w:b/>
                <w:i/>
                <w:color w:val="123B5D"/>
                <w:sz w:val="32"/>
                <w:szCs w:val="24"/>
              </w:rPr>
              <w:t>ciones</w:t>
            </w:r>
            <w:proofErr w:type="spellEnd"/>
            <w:r w:rsidR="00707AA9" w:rsidRPr="00707AA9">
              <w:rPr>
                <w:rFonts w:ascii="Book Antiqua" w:hAnsi="Book Antiqua"/>
                <w:b/>
                <w:i/>
                <w:color w:val="123B5D"/>
                <w:sz w:val="32"/>
                <w:szCs w:val="24"/>
              </w:rPr>
              <w:t xml:space="preserve"> para responder al </w:t>
            </w:r>
            <w:proofErr w:type="spellStart"/>
            <w:r w:rsidR="00707AA9" w:rsidRPr="00707AA9">
              <w:rPr>
                <w:rFonts w:ascii="Book Antiqua" w:hAnsi="Book Antiqua"/>
                <w:b/>
                <w:i/>
                <w:color w:val="123B5D"/>
                <w:sz w:val="32"/>
                <w:szCs w:val="24"/>
              </w:rPr>
              <w:t>cuestionario</w:t>
            </w:r>
            <w:proofErr w:type="spellEnd"/>
          </w:p>
          <w:p w14:paraId="7ABAC80D" w14:textId="590D0D51" w:rsidR="00F262CE" w:rsidRPr="008855FB" w:rsidRDefault="00707AA9" w:rsidP="00707AA9">
            <w:pPr>
              <w:spacing w:after="0" w:line="240" w:lineRule="auto"/>
              <w:jc w:val="both"/>
              <w:rPr>
                <w:rFonts w:ascii="Book Antiqua" w:hAnsi="Book Antiqua"/>
                <w:sz w:val="24"/>
                <w:szCs w:val="24"/>
              </w:rPr>
            </w:pPr>
            <w:r w:rsidRPr="00707AA9">
              <w:rPr>
                <w:rFonts w:ascii="Book Antiqua" w:hAnsi="Book Antiqua"/>
                <w:i/>
                <w:sz w:val="32"/>
                <w:szCs w:val="24"/>
              </w:rPr>
              <w:t xml:space="preserve">Se </w:t>
            </w:r>
            <w:proofErr w:type="spellStart"/>
            <w:r w:rsidRPr="00707AA9">
              <w:rPr>
                <w:rFonts w:ascii="Book Antiqua" w:hAnsi="Book Antiqua"/>
                <w:i/>
                <w:sz w:val="32"/>
                <w:szCs w:val="24"/>
              </w:rPr>
              <w:t>rec</w:t>
            </w:r>
            <w:r w:rsidR="00634E6F" w:rsidRPr="00707AA9">
              <w:rPr>
                <w:rFonts w:ascii="Book Antiqua" w:hAnsi="Book Antiqua"/>
                <w:i/>
                <w:sz w:val="32"/>
                <w:szCs w:val="24"/>
              </w:rPr>
              <w:t>om</w:t>
            </w:r>
            <w:r w:rsidRPr="00707AA9">
              <w:rPr>
                <w:rFonts w:ascii="Book Antiqua" w:hAnsi="Book Antiqua"/>
                <w:i/>
                <w:sz w:val="32"/>
                <w:szCs w:val="24"/>
              </w:rPr>
              <w:t>ienda</w:t>
            </w:r>
            <w:proofErr w:type="spellEnd"/>
            <w:r w:rsidRPr="00707AA9">
              <w:rPr>
                <w:rFonts w:ascii="Book Antiqua" w:hAnsi="Book Antiqua"/>
                <w:i/>
                <w:sz w:val="32"/>
                <w:szCs w:val="24"/>
              </w:rPr>
              <w:t xml:space="preserve"> que se </w:t>
            </w:r>
            <w:proofErr w:type="spellStart"/>
            <w:r w:rsidRPr="00707AA9">
              <w:rPr>
                <w:rFonts w:ascii="Book Antiqua" w:hAnsi="Book Antiqua"/>
                <w:i/>
                <w:sz w:val="32"/>
                <w:szCs w:val="24"/>
              </w:rPr>
              <w:t>responda</w:t>
            </w:r>
            <w:proofErr w:type="spellEnd"/>
            <w:r w:rsidRPr="00707AA9">
              <w:rPr>
                <w:rFonts w:ascii="Book Antiqua" w:hAnsi="Book Antiqua"/>
                <w:i/>
                <w:sz w:val="32"/>
                <w:szCs w:val="24"/>
              </w:rPr>
              <w:t xml:space="preserve"> </w:t>
            </w:r>
            <w:proofErr w:type="spellStart"/>
            <w:r w:rsidRPr="00707AA9">
              <w:rPr>
                <w:rFonts w:ascii="Book Antiqua" w:hAnsi="Book Antiqua"/>
                <w:i/>
                <w:sz w:val="32"/>
                <w:szCs w:val="24"/>
              </w:rPr>
              <w:t>comunitariamente</w:t>
            </w:r>
            <w:proofErr w:type="spellEnd"/>
            <w:r w:rsidRPr="00707AA9">
              <w:rPr>
                <w:rFonts w:ascii="Book Antiqua" w:hAnsi="Book Antiqua"/>
                <w:i/>
                <w:sz w:val="32"/>
                <w:szCs w:val="24"/>
              </w:rPr>
              <w:t xml:space="preserve"> </w:t>
            </w:r>
            <w:proofErr w:type="spellStart"/>
            <w:r w:rsidRPr="00707AA9">
              <w:rPr>
                <w:rFonts w:ascii="Book Antiqua" w:hAnsi="Book Antiqua"/>
                <w:i/>
                <w:sz w:val="32"/>
                <w:szCs w:val="24"/>
              </w:rPr>
              <w:t>implicando</w:t>
            </w:r>
            <w:proofErr w:type="spellEnd"/>
            <w:r w:rsidRPr="00707AA9">
              <w:rPr>
                <w:rFonts w:ascii="Book Antiqua" w:hAnsi="Book Antiqua"/>
                <w:i/>
                <w:sz w:val="32"/>
                <w:szCs w:val="24"/>
              </w:rPr>
              <w:t xml:space="preserve"> a </w:t>
            </w:r>
            <w:proofErr w:type="spellStart"/>
            <w:r w:rsidRPr="00707AA9">
              <w:rPr>
                <w:rFonts w:ascii="Book Antiqua" w:hAnsi="Book Antiqua"/>
                <w:i/>
                <w:sz w:val="32"/>
                <w:szCs w:val="24"/>
              </w:rPr>
              <w:t>los</w:t>
            </w:r>
            <w:proofErr w:type="spellEnd"/>
            <w:r w:rsidRPr="00707AA9">
              <w:rPr>
                <w:rFonts w:ascii="Book Antiqua" w:hAnsi="Book Antiqua"/>
                <w:i/>
                <w:sz w:val="32"/>
                <w:szCs w:val="24"/>
              </w:rPr>
              <w:t xml:space="preserve"> </w:t>
            </w:r>
            <w:proofErr w:type="spellStart"/>
            <w:r w:rsidRPr="00707AA9">
              <w:rPr>
                <w:rFonts w:ascii="Book Antiqua" w:hAnsi="Book Antiqua"/>
                <w:i/>
                <w:sz w:val="32"/>
                <w:szCs w:val="24"/>
              </w:rPr>
              <w:t>religiosos</w:t>
            </w:r>
            <w:proofErr w:type="spellEnd"/>
            <w:r w:rsidRPr="00707AA9">
              <w:rPr>
                <w:rFonts w:ascii="Book Antiqua" w:hAnsi="Book Antiqua"/>
                <w:i/>
                <w:sz w:val="32"/>
                <w:szCs w:val="24"/>
              </w:rPr>
              <w:t xml:space="preserve">, </w:t>
            </w:r>
            <w:proofErr w:type="spellStart"/>
            <w:r w:rsidRPr="00707AA9">
              <w:rPr>
                <w:rFonts w:ascii="Book Antiqua" w:hAnsi="Book Antiqua"/>
                <w:i/>
                <w:sz w:val="32"/>
                <w:szCs w:val="24"/>
              </w:rPr>
              <w:t>laicos</w:t>
            </w:r>
            <w:proofErr w:type="spellEnd"/>
            <w:r w:rsidRPr="00707AA9">
              <w:rPr>
                <w:rFonts w:ascii="Book Antiqua" w:hAnsi="Book Antiqua"/>
                <w:i/>
                <w:sz w:val="32"/>
                <w:szCs w:val="24"/>
              </w:rPr>
              <w:t xml:space="preserve">, </w:t>
            </w:r>
            <w:proofErr w:type="spellStart"/>
            <w:r w:rsidRPr="00707AA9">
              <w:rPr>
                <w:rFonts w:ascii="Book Antiqua" w:hAnsi="Book Antiqua"/>
                <w:i/>
                <w:sz w:val="32"/>
                <w:szCs w:val="24"/>
              </w:rPr>
              <w:t>colaboradores</w:t>
            </w:r>
            <w:proofErr w:type="spellEnd"/>
            <w:r w:rsidRPr="00707AA9">
              <w:rPr>
                <w:rFonts w:ascii="Book Antiqua" w:hAnsi="Book Antiqua"/>
                <w:i/>
                <w:sz w:val="32"/>
                <w:szCs w:val="24"/>
              </w:rPr>
              <w:t xml:space="preserve"> y, </w:t>
            </w:r>
            <w:proofErr w:type="spellStart"/>
            <w:r w:rsidRPr="00707AA9">
              <w:rPr>
                <w:rFonts w:ascii="Book Antiqua" w:hAnsi="Book Antiqua"/>
                <w:i/>
                <w:sz w:val="32"/>
                <w:szCs w:val="24"/>
              </w:rPr>
              <w:t>siempre</w:t>
            </w:r>
            <w:proofErr w:type="spellEnd"/>
            <w:r w:rsidRPr="00707AA9">
              <w:rPr>
                <w:rFonts w:ascii="Book Antiqua" w:hAnsi="Book Antiqua"/>
                <w:i/>
                <w:sz w:val="32"/>
                <w:szCs w:val="24"/>
              </w:rPr>
              <w:t xml:space="preserve"> que </w:t>
            </w:r>
            <w:proofErr w:type="spellStart"/>
            <w:r w:rsidRPr="00707AA9">
              <w:rPr>
                <w:rFonts w:ascii="Book Antiqua" w:hAnsi="Book Antiqua"/>
                <w:i/>
                <w:sz w:val="32"/>
                <w:szCs w:val="24"/>
              </w:rPr>
              <w:t>sea</w:t>
            </w:r>
            <w:proofErr w:type="spellEnd"/>
            <w:r w:rsidRPr="00707AA9">
              <w:rPr>
                <w:rFonts w:ascii="Book Antiqua" w:hAnsi="Book Antiqua"/>
                <w:i/>
                <w:sz w:val="32"/>
                <w:szCs w:val="24"/>
              </w:rPr>
              <w:t xml:space="preserve"> possible, a </w:t>
            </w:r>
            <w:proofErr w:type="spellStart"/>
            <w:r w:rsidRPr="00707AA9">
              <w:rPr>
                <w:rFonts w:ascii="Book Antiqua" w:hAnsi="Book Antiqua"/>
                <w:i/>
                <w:sz w:val="32"/>
                <w:szCs w:val="24"/>
              </w:rPr>
              <w:t>representantes</w:t>
            </w:r>
            <w:proofErr w:type="spellEnd"/>
            <w:r w:rsidRPr="00707AA9">
              <w:rPr>
                <w:rFonts w:ascii="Book Antiqua" w:hAnsi="Book Antiqua"/>
                <w:i/>
                <w:sz w:val="32"/>
                <w:szCs w:val="24"/>
              </w:rPr>
              <w:t xml:space="preserve"> de </w:t>
            </w:r>
            <w:proofErr w:type="spellStart"/>
            <w:r w:rsidRPr="00707AA9">
              <w:rPr>
                <w:rFonts w:ascii="Book Antiqua" w:hAnsi="Book Antiqua"/>
                <w:i/>
                <w:sz w:val="32"/>
                <w:szCs w:val="24"/>
              </w:rPr>
              <w:t>los</w:t>
            </w:r>
            <w:proofErr w:type="spellEnd"/>
            <w:r w:rsidRPr="00707AA9">
              <w:rPr>
                <w:rFonts w:ascii="Book Antiqua" w:hAnsi="Book Antiqua"/>
                <w:i/>
                <w:sz w:val="32"/>
                <w:szCs w:val="24"/>
              </w:rPr>
              <w:t xml:space="preserve"> </w:t>
            </w:r>
            <w:proofErr w:type="spellStart"/>
            <w:r w:rsidRPr="00707AA9">
              <w:rPr>
                <w:rFonts w:ascii="Book Antiqua" w:hAnsi="Book Antiqua"/>
                <w:i/>
                <w:sz w:val="32"/>
                <w:szCs w:val="24"/>
              </w:rPr>
              <w:t>destinatarios</w:t>
            </w:r>
            <w:proofErr w:type="spellEnd"/>
            <w:r w:rsidRPr="00707AA9">
              <w:rPr>
                <w:rFonts w:ascii="Book Antiqua" w:hAnsi="Book Antiqua"/>
                <w:i/>
                <w:sz w:val="32"/>
                <w:szCs w:val="24"/>
              </w:rPr>
              <w:t xml:space="preserve"> de las </w:t>
            </w:r>
            <w:proofErr w:type="spellStart"/>
            <w:r w:rsidRPr="00707AA9">
              <w:rPr>
                <w:rFonts w:ascii="Book Antiqua" w:hAnsi="Book Antiqua"/>
                <w:i/>
                <w:sz w:val="32"/>
                <w:szCs w:val="24"/>
              </w:rPr>
              <w:t>obras</w:t>
            </w:r>
            <w:proofErr w:type="spellEnd"/>
            <w:r w:rsidRPr="00707AA9">
              <w:rPr>
                <w:rFonts w:ascii="Book Antiqua" w:hAnsi="Book Antiqua"/>
                <w:i/>
                <w:sz w:val="32"/>
                <w:szCs w:val="24"/>
              </w:rPr>
              <w:t>.</w:t>
            </w:r>
          </w:p>
        </w:tc>
      </w:tr>
    </w:tbl>
    <w:p w14:paraId="1E165319" w14:textId="77777777" w:rsidR="00F262CE" w:rsidRPr="008855FB" w:rsidRDefault="00F262CE" w:rsidP="00716FD6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597E9895" w14:textId="2116D8C8" w:rsidR="00F262CE" w:rsidRPr="00707AA9" w:rsidRDefault="00707AA9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sz w:val="36"/>
          <w:szCs w:val="24"/>
        </w:rPr>
      </w:pPr>
      <w:r w:rsidRPr="00707AA9">
        <w:rPr>
          <w:rFonts w:ascii="Book Antiqua" w:hAnsi="Book Antiqua"/>
          <w:b/>
          <w:color w:val="123B5D"/>
          <w:sz w:val="36"/>
          <w:szCs w:val="24"/>
        </w:rPr>
        <w:t xml:space="preserve">DATOS DE </w:t>
      </w:r>
      <w:r w:rsidR="00634E6F" w:rsidRPr="00707AA9">
        <w:rPr>
          <w:rFonts w:ascii="Book Antiqua" w:hAnsi="Book Antiqua"/>
          <w:b/>
          <w:color w:val="123B5D"/>
          <w:sz w:val="36"/>
          <w:szCs w:val="24"/>
        </w:rPr>
        <w:t xml:space="preserve">LA </w:t>
      </w:r>
      <w:r w:rsidRPr="00707AA9">
        <w:rPr>
          <w:rFonts w:ascii="Book Antiqua" w:hAnsi="Book Antiqua"/>
          <w:b/>
          <w:color w:val="123B5D"/>
          <w:sz w:val="36"/>
          <w:szCs w:val="24"/>
        </w:rPr>
        <w:t>ESTRUC</w:t>
      </w:r>
      <w:r w:rsidR="00634E6F" w:rsidRPr="00707AA9">
        <w:rPr>
          <w:rFonts w:ascii="Book Antiqua" w:hAnsi="Book Antiqua"/>
          <w:b/>
          <w:color w:val="123B5D"/>
          <w:sz w:val="36"/>
          <w:szCs w:val="24"/>
        </w:rPr>
        <w:t>TURA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F262CE" w:rsidRPr="008855FB" w14:paraId="179AE0C3" w14:textId="77777777">
        <w:trPr>
          <w:jc w:val="center"/>
        </w:trPr>
        <w:tc>
          <w:tcPr>
            <w:tcW w:w="5083" w:type="dxa"/>
            <w:shd w:val="clear" w:color="auto" w:fill="F4F0E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8B0764D" w14:textId="1D3E2C1C" w:rsidR="00F262CE" w:rsidRPr="00707AA9" w:rsidRDefault="00634E6F" w:rsidP="00F710AF">
            <w:pPr>
              <w:spacing w:after="0" w:line="240" w:lineRule="auto"/>
              <w:rPr>
                <w:rFonts w:ascii="Book Antiqua" w:hAnsi="Book Antiqua"/>
                <w:sz w:val="36"/>
                <w:szCs w:val="24"/>
              </w:rPr>
            </w:pPr>
            <w:proofErr w:type="spellStart"/>
            <w:r w:rsidRPr="00707AA9">
              <w:rPr>
                <w:rFonts w:ascii="Book Antiqua" w:hAnsi="Book Antiqua"/>
                <w:b/>
                <w:sz w:val="36"/>
                <w:szCs w:val="24"/>
              </w:rPr>
              <w:t>Pr</w:t>
            </w:r>
            <w:r w:rsidR="00707AA9" w:rsidRPr="00707AA9">
              <w:rPr>
                <w:rFonts w:ascii="Book Antiqua" w:hAnsi="Book Antiqua"/>
                <w:b/>
                <w:sz w:val="36"/>
                <w:szCs w:val="24"/>
              </w:rPr>
              <w:t>ovincia</w:t>
            </w:r>
            <w:proofErr w:type="spellEnd"/>
            <w:r w:rsidR="008B2775">
              <w:rPr>
                <w:rFonts w:ascii="Book Antiqua" w:hAnsi="Book Antiqua"/>
                <w:b/>
                <w:sz w:val="36"/>
                <w:szCs w:val="24"/>
              </w:rPr>
              <w:t xml:space="preserve"> de</w:t>
            </w:r>
            <w:bookmarkStart w:id="0" w:name="_GoBack"/>
            <w:bookmarkEnd w:id="0"/>
          </w:p>
        </w:tc>
        <w:tc>
          <w:tcPr>
            <w:tcW w:w="508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54B75092" w14:textId="380D02BE" w:rsidR="00F262CE" w:rsidRPr="008855FB" w:rsidRDefault="00634E6F" w:rsidP="00F710AF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  <w:r w:rsidRPr="008855FB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707AA9">
              <w:rPr>
                <w:rFonts w:ascii="Book Antiqua" w:hAnsi="Book Antiqua"/>
                <w:sz w:val="24"/>
                <w:szCs w:val="24"/>
              </w:rPr>
              <w:t>____</w:t>
            </w:r>
            <w:r w:rsidR="00F710AF" w:rsidRPr="008B2775">
              <w:rPr>
                <w:rFonts w:ascii="Book Antiqua" w:hAnsi="Book Antiqua"/>
                <w:b/>
                <w:sz w:val="36"/>
                <w:szCs w:val="24"/>
              </w:rPr>
              <w:t>ESPAÑA</w:t>
            </w:r>
            <w:r w:rsidR="00707AA9" w:rsidRPr="00F710AF">
              <w:rPr>
                <w:rFonts w:ascii="Book Antiqua" w:hAnsi="Book Antiqua"/>
                <w:sz w:val="36"/>
                <w:szCs w:val="24"/>
              </w:rPr>
              <w:t>_</w:t>
            </w:r>
            <w:r w:rsidR="00707AA9">
              <w:rPr>
                <w:rFonts w:ascii="Book Antiqua" w:hAnsi="Book Antiqua"/>
                <w:sz w:val="24"/>
                <w:szCs w:val="24"/>
              </w:rPr>
              <w:t>__________________</w:t>
            </w:r>
          </w:p>
        </w:tc>
      </w:tr>
      <w:tr w:rsidR="00F262CE" w:rsidRPr="008855FB" w14:paraId="41317534" w14:textId="77777777">
        <w:trPr>
          <w:jc w:val="center"/>
        </w:trPr>
        <w:tc>
          <w:tcPr>
            <w:tcW w:w="5083" w:type="dxa"/>
            <w:shd w:val="clear" w:color="auto" w:fill="F4F0E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BAD45A6" w14:textId="3F789AA6" w:rsidR="00F262CE" w:rsidRPr="00707AA9" w:rsidRDefault="00707AA9" w:rsidP="00716FD6">
            <w:pPr>
              <w:spacing w:after="0" w:line="240" w:lineRule="auto"/>
              <w:rPr>
                <w:rFonts w:ascii="Book Antiqua" w:hAnsi="Book Antiqua"/>
                <w:sz w:val="36"/>
                <w:szCs w:val="24"/>
              </w:rPr>
            </w:pPr>
            <w:r w:rsidRPr="00707AA9">
              <w:rPr>
                <w:rFonts w:ascii="Book Antiqua" w:hAnsi="Book Antiqua"/>
                <w:b/>
                <w:sz w:val="36"/>
                <w:szCs w:val="24"/>
              </w:rPr>
              <w:t>País/</w:t>
            </w:r>
            <w:proofErr w:type="spellStart"/>
            <w:r w:rsidRPr="00707AA9">
              <w:rPr>
                <w:rFonts w:ascii="Book Antiqua" w:hAnsi="Book Antiqua"/>
                <w:b/>
                <w:sz w:val="36"/>
                <w:szCs w:val="24"/>
              </w:rPr>
              <w:t>es</w:t>
            </w:r>
            <w:proofErr w:type="spellEnd"/>
          </w:p>
        </w:tc>
        <w:tc>
          <w:tcPr>
            <w:tcW w:w="508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3155BC9C" w14:textId="4C7BE444" w:rsidR="00F262CE" w:rsidRPr="008855FB" w:rsidRDefault="00634E6F" w:rsidP="008B2775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  <w:r w:rsidRPr="008855FB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707AA9">
              <w:rPr>
                <w:rFonts w:ascii="Book Antiqua" w:hAnsi="Book Antiqua"/>
                <w:sz w:val="24"/>
                <w:szCs w:val="24"/>
              </w:rPr>
              <w:t>_</w:t>
            </w:r>
            <w:r w:rsidR="00F710AF" w:rsidRPr="008B2775">
              <w:rPr>
                <w:rFonts w:ascii="Book Antiqua" w:hAnsi="Book Antiqua"/>
                <w:b/>
                <w:sz w:val="36"/>
                <w:szCs w:val="24"/>
              </w:rPr>
              <w:t>ESPAÑA Y MOZAMBIQUE</w:t>
            </w:r>
          </w:p>
        </w:tc>
      </w:tr>
      <w:tr w:rsidR="00F262CE" w:rsidRPr="008855FB" w14:paraId="5557D552" w14:textId="77777777">
        <w:trPr>
          <w:jc w:val="center"/>
        </w:trPr>
        <w:tc>
          <w:tcPr>
            <w:tcW w:w="5083" w:type="dxa"/>
            <w:shd w:val="clear" w:color="auto" w:fill="F4F0E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16A1F23" w14:textId="58EC3A40" w:rsidR="00F262CE" w:rsidRPr="00707AA9" w:rsidRDefault="00707AA9" w:rsidP="00716FD6">
            <w:pPr>
              <w:spacing w:after="0" w:line="240" w:lineRule="auto"/>
              <w:rPr>
                <w:rFonts w:ascii="Book Antiqua" w:hAnsi="Book Antiqua"/>
                <w:sz w:val="36"/>
                <w:szCs w:val="24"/>
              </w:rPr>
            </w:pPr>
            <w:proofErr w:type="spellStart"/>
            <w:r w:rsidRPr="00707AA9">
              <w:rPr>
                <w:rFonts w:ascii="Book Antiqua" w:hAnsi="Book Antiqua"/>
                <w:b/>
                <w:sz w:val="36"/>
                <w:szCs w:val="24"/>
              </w:rPr>
              <w:t>Comunidad</w:t>
            </w:r>
            <w:proofErr w:type="spellEnd"/>
            <w:r w:rsidRPr="00707AA9">
              <w:rPr>
                <w:rFonts w:ascii="Book Antiqua" w:hAnsi="Book Antiqua"/>
                <w:b/>
                <w:sz w:val="36"/>
                <w:szCs w:val="24"/>
              </w:rPr>
              <w:t xml:space="preserve"> / </w:t>
            </w:r>
            <w:proofErr w:type="spellStart"/>
            <w:r w:rsidRPr="00707AA9">
              <w:rPr>
                <w:rFonts w:ascii="Book Antiqua" w:hAnsi="Book Antiqua"/>
                <w:b/>
                <w:sz w:val="36"/>
                <w:szCs w:val="24"/>
              </w:rPr>
              <w:t>Ob</w:t>
            </w:r>
            <w:r w:rsidR="00634E6F" w:rsidRPr="00707AA9">
              <w:rPr>
                <w:rFonts w:ascii="Book Antiqua" w:hAnsi="Book Antiqua"/>
                <w:b/>
                <w:sz w:val="36"/>
                <w:szCs w:val="24"/>
              </w:rPr>
              <w:t>ra</w:t>
            </w:r>
            <w:proofErr w:type="spellEnd"/>
          </w:p>
        </w:tc>
        <w:tc>
          <w:tcPr>
            <w:tcW w:w="508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F3953FC" w14:textId="10910E8F" w:rsidR="00F262CE" w:rsidRPr="008855FB" w:rsidRDefault="00634E6F" w:rsidP="00716FD6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  <w:r w:rsidRPr="008855FB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707AA9">
              <w:rPr>
                <w:rFonts w:ascii="Book Antiqua" w:hAnsi="Book Antiqua"/>
                <w:sz w:val="24"/>
                <w:szCs w:val="24"/>
              </w:rPr>
              <w:t>_______________________________________</w:t>
            </w:r>
          </w:p>
        </w:tc>
      </w:tr>
      <w:tr w:rsidR="00F262CE" w:rsidRPr="008855FB" w14:paraId="6B8FA13F" w14:textId="77777777">
        <w:trPr>
          <w:jc w:val="center"/>
        </w:trPr>
        <w:tc>
          <w:tcPr>
            <w:tcW w:w="5083" w:type="dxa"/>
            <w:shd w:val="clear" w:color="auto" w:fill="F4F0E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259F7E7C" w14:textId="20F5CF0A" w:rsidR="00F262CE" w:rsidRPr="00707AA9" w:rsidRDefault="00F710AF" w:rsidP="00707AA9">
            <w:pPr>
              <w:spacing w:after="0" w:line="240" w:lineRule="auto"/>
              <w:rPr>
                <w:rFonts w:ascii="Book Antiqua" w:hAnsi="Book Antiqua"/>
                <w:sz w:val="36"/>
                <w:szCs w:val="24"/>
              </w:rPr>
            </w:pPr>
            <w:r>
              <w:rPr>
                <w:rFonts w:ascii="Book Antiqua" w:hAnsi="Book Antiqua"/>
                <w:b/>
                <w:sz w:val="36"/>
                <w:szCs w:val="24"/>
              </w:rPr>
              <w:t xml:space="preserve">Superior </w:t>
            </w:r>
            <w:r w:rsidR="00634E6F" w:rsidRPr="00707AA9">
              <w:rPr>
                <w:rFonts w:ascii="Book Antiqua" w:hAnsi="Book Antiqua"/>
                <w:b/>
                <w:sz w:val="36"/>
                <w:szCs w:val="24"/>
              </w:rPr>
              <w:t>de</w:t>
            </w:r>
            <w:r w:rsidR="00707AA9" w:rsidRPr="00707AA9">
              <w:rPr>
                <w:rFonts w:ascii="Book Antiqua" w:hAnsi="Book Antiqua"/>
                <w:b/>
                <w:sz w:val="36"/>
                <w:szCs w:val="24"/>
              </w:rPr>
              <w:t xml:space="preserve"> la </w:t>
            </w:r>
            <w:proofErr w:type="spellStart"/>
            <w:r w:rsidR="00707AA9" w:rsidRPr="00707AA9">
              <w:rPr>
                <w:rFonts w:ascii="Book Antiqua" w:hAnsi="Book Antiqua"/>
                <w:b/>
                <w:sz w:val="36"/>
                <w:szCs w:val="24"/>
              </w:rPr>
              <w:t>comunidad</w:t>
            </w:r>
            <w:proofErr w:type="spellEnd"/>
          </w:p>
        </w:tc>
        <w:tc>
          <w:tcPr>
            <w:tcW w:w="508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72C430C3" w14:textId="1A41A3D4" w:rsidR="00F262CE" w:rsidRPr="008855FB" w:rsidRDefault="00707AA9" w:rsidP="00716FD6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________________________________________</w:t>
            </w:r>
            <w:r w:rsidR="00634E6F" w:rsidRPr="008855FB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</w:tc>
      </w:tr>
      <w:tr w:rsidR="00F262CE" w:rsidRPr="008855FB" w14:paraId="1B65D57E" w14:textId="77777777">
        <w:trPr>
          <w:jc w:val="center"/>
        </w:trPr>
        <w:tc>
          <w:tcPr>
            <w:tcW w:w="5083" w:type="dxa"/>
            <w:shd w:val="clear" w:color="auto" w:fill="F4F0E7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0029EA32" w14:textId="60BEBD19" w:rsidR="00F262CE" w:rsidRPr="00707AA9" w:rsidRDefault="00707AA9" w:rsidP="00716FD6">
            <w:pPr>
              <w:spacing w:after="0" w:line="240" w:lineRule="auto"/>
              <w:rPr>
                <w:rFonts w:ascii="Book Antiqua" w:hAnsi="Book Antiqua"/>
                <w:sz w:val="36"/>
                <w:szCs w:val="24"/>
              </w:rPr>
            </w:pPr>
            <w:proofErr w:type="spellStart"/>
            <w:r w:rsidRPr="00707AA9">
              <w:rPr>
                <w:rFonts w:ascii="Book Antiqua" w:hAnsi="Book Antiqua"/>
                <w:b/>
                <w:sz w:val="36"/>
                <w:szCs w:val="24"/>
              </w:rPr>
              <w:t>Fecha</w:t>
            </w:r>
            <w:proofErr w:type="spellEnd"/>
          </w:p>
        </w:tc>
        <w:tc>
          <w:tcPr>
            <w:tcW w:w="5083" w:type="dxa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14:paraId="630A40D3" w14:textId="7584AE6F" w:rsidR="00F262CE" w:rsidRPr="008855FB" w:rsidRDefault="00634E6F" w:rsidP="00716FD6">
            <w:pPr>
              <w:spacing w:after="0" w:line="240" w:lineRule="auto"/>
              <w:rPr>
                <w:rFonts w:ascii="Book Antiqua" w:hAnsi="Book Antiqua"/>
                <w:sz w:val="24"/>
                <w:szCs w:val="24"/>
              </w:rPr>
            </w:pPr>
            <w:r w:rsidRPr="008855FB">
              <w:rPr>
                <w:rFonts w:ascii="Book Antiqua" w:hAnsi="Book Antiqua"/>
                <w:sz w:val="24"/>
                <w:szCs w:val="24"/>
              </w:rPr>
              <w:t xml:space="preserve"> </w:t>
            </w:r>
            <w:r w:rsidR="00707AA9">
              <w:rPr>
                <w:rFonts w:ascii="Book Antiqua" w:hAnsi="Book Antiqua"/>
                <w:sz w:val="24"/>
                <w:szCs w:val="24"/>
              </w:rPr>
              <w:t>_______________________________________</w:t>
            </w:r>
          </w:p>
        </w:tc>
      </w:tr>
    </w:tbl>
    <w:p w14:paraId="12953A1A" w14:textId="279705A9" w:rsidR="00716FD6" w:rsidRDefault="00716FD6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b/>
          <w:color w:val="123B5D"/>
          <w:sz w:val="24"/>
          <w:szCs w:val="24"/>
        </w:rPr>
      </w:pPr>
    </w:p>
    <w:p w14:paraId="67C0E20F" w14:textId="34228560" w:rsidR="0040384B" w:rsidRDefault="0040384B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b/>
          <w:color w:val="123B5D"/>
          <w:sz w:val="24"/>
          <w:szCs w:val="24"/>
        </w:rPr>
      </w:pPr>
    </w:p>
    <w:p w14:paraId="2B637810" w14:textId="1DDA59A4" w:rsidR="0040384B" w:rsidRDefault="0040384B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b/>
          <w:color w:val="123B5D"/>
          <w:sz w:val="24"/>
          <w:szCs w:val="24"/>
        </w:rPr>
      </w:pPr>
    </w:p>
    <w:p w14:paraId="5CADA51E" w14:textId="5542B925" w:rsidR="0040384B" w:rsidRDefault="0040384B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b/>
          <w:color w:val="123B5D"/>
          <w:sz w:val="24"/>
          <w:szCs w:val="24"/>
        </w:rPr>
      </w:pPr>
    </w:p>
    <w:p w14:paraId="7BC5B69A" w14:textId="3DEE15B1" w:rsidR="0040384B" w:rsidRDefault="0040384B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b/>
          <w:color w:val="123B5D"/>
          <w:sz w:val="24"/>
          <w:szCs w:val="24"/>
        </w:rPr>
      </w:pPr>
    </w:p>
    <w:p w14:paraId="71C3039C" w14:textId="7F5E7781" w:rsidR="0040384B" w:rsidRDefault="0040384B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b/>
          <w:color w:val="123B5D"/>
          <w:sz w:val="24"/>
          <w:szCs w:val="24"/>
        </w:rPr>
      </w:pPr>
    </w:p>
    <w:p w14:paraId="661B7FCE" w14:textId="6E2BE0A0" w:rsidR="0040384B" w:rsidRDefault="0040384B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b/>
          <w:color w:val="123B5D"/>
          <w:sz w:val="24"/>
          <w:szCs w:val="24"/>
        </w:rPr>
      </w:pPr>
    </w:p>
    <w:p w14:paraId="245546B3" w14:textId="0F368850" w:rsidR="0040384B" w:rsidRDefault="0040384B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b/>
          <w:color w:val="123B5D"/>
          <w:sz w:val="24"/>
          <w:szCs w:val="24"/>
        </w:rPr>
      </w:pPr>
    </w:p>
    <w:p w14:paraId="3A182580" w14:textId="69C3FA8B" w:rsidR="00F710AF" w:rsidRDefault="00F710AF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b/>
          <w:color w:val="123B5D"/>
          <w:sz w:val="24"/>
          <w:szCs w:val="24"/>
        </w:rPr>
      </w:pPr>
    </w:p>
    <w:p w14:paraId="1E6F891B" w14:textId="77777777" w:rsidR="00F710AF" w:rsidRDefault="00F710AF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b/>
          <w:color w:val="123B5D"/>
          <w:sz w:val="24"/>
          <w:szCs w:val="24"/>
        </w:rPr>
      </w:pPr>
    </w:p>
    <w:p w14:paraId="30149E1E" w14:textId="77777777" w:rsidR="0040384B" w:rsidRDefault="0040384B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b/>
          <w:color w:val="123B5D"/>
          <w:sz w:val="24"/>
          <w:szCs w:val="24"/>
        </w:rPr>
      </w:pPr>
    </w:p>
    <w:p w14:paraId="2CDBDE46" w14:textId="77777777" w:rsidR="0040384B" w:rsidRDefault="0040384B" w:rsidP="0040384B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</w:p>
    <w:p w14:paraId="2CBC07C9" w14:textId="0140C540" w:rsidR="00F262CE" w:rsidRPr="0040384B" w:rsidRDefault="00707AA9" w:rsidP="0040384B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sz w:val="36"/>
          <w:szCs w:val="24"/>
        </w:rPr>
      </w:pPr>
      <w:r w:rsidRPr="0040384B">
        <w:rPr>
          <w:rFonts w:ascii="Book Antiqua" w:hAnsi="Book Antiqua"/>
          <w:b/>
          <w:color w:val="123B5D"/>
          <w:sz w:val="36"/>
          <w:szCs w:val="24"/>
        </w:rPr>
        <w:t>SECCIÓN I: IDENTIDAD CARISMÁ</w:t>
      </w:r>
      <w:r w:rsidR="00634E6F" w:rsidRPr="0040384B">
        <w:rPr>
          <w:rFonts w:ascii="Book Antiqua" w:hAnsi="Book Antiqua"/>
          <w:b/>
          <w:color w:val="123B5D"/>
          <w:sz w:val="36"/>
          <w:szCs w:val="24"/>
        </w:rPr>
        <w:t>TICA</w:t>
      </w:r>
    </w:p>
    <w:p w14:paraId="6F035A12" w14:textId="77777777" w:rsidR="00716FD6" w:rsidRDefault="00716FD6" w:rsidP="0040384B">
      <w:pPr>
        <w:spacing w:after="0" w:line="240" w:lineRule="auto"/>
        <w:rPr>
          <w:rFonts w:ascii="Book Antiqua" w:hAnsi="Book Antiqua"/>
          <w:b/>
          <w:color w:val="B58A3B"/>
          <w:sz w:val="24"/>
          <w:szCs w:val="24"/>
        </w:rPr>
      </w:pPr>
    </w:p>
    <w:p w14:paraId="448368A9" w14:textId="3A005A81" w:rsidR="00F262CE" w:rsidRPr="0040384B" w:rsidRDefault="00716FD6" w:rsidP="0040384B">
      <w:pPr>
        <w:spacing w:after="0" w:line="240" w:lineRule="auto"/>
        <w:rPr>
          <w:rFonts w:ascii="Book Antiqua" w:hAnsi="Book Antiqua"/>
          <w:sz w:val="36"/>
          <w:szCs w:val="24"/>
        </w:rPr>
      </w:pPr>
      <w:r w:rsidRPr="0040384B">
        <w:rPr>
          <w:rFonts w:ascii="Book Antiqua" w:hAnsi="Book Antiqua"/>
          <w:b/>
          <w:color w:val="B58A3B"/>
          <w:sz w:val="36"/>
          <w:szCs w:val="24"/>
        </w:rPr>
        <w:t>1</w:t>
      </w:r>
      <w:r w:rsidR="00707AA9" w:rsidRPr="0040384B">
        <w:rPr>
          <w:rFonts w:ascii="Book Antiqua" w:hAnsi="Book Antiqua"/>
          <w:b/>
          <w:color w:val="B58A3B"/>
          <w:sz w:val="36"/>
          <w:szCs w:val="24"/>
        </w:rPr>
        <w:t xml:space="preserve">. RECEPCIÓN </w:t>
      </w:r>
      <w:proofErr w:type="gramStart"/>
      <w:r w:rsidR="00707AA9" w:rsidRPr="0040384B">
        <w:rPr>
          <w:rFonts w:ascii="Book Antiqua" w:hAnsi="Book Antiqua"/>
          <w:b/>
          <w:color w:val="B58A3B"/>
          <w:sz w:val="36"/>
          <w:szCs w:val="24"/>
        </w:rPr>
        <w:t>del</w:t>
      </w:r>
      <w:proofErr w:type="gramEnd"/>
      <w:r w:rsidR="00707AA9" w:rsidRPr="0040384B">
        <w:rPr>
          <w:rFonts w:ascii="Book Antiqua" w:hAnsi="Book Antiqua"/>
          <w:b/>
          <w:color w:val="B58A3B"/>
          <w:sz w:val="36"/>
          <w:szCs w:val="24"/>
        </w:rPr>
        <w:t xml:space="preserve"> CARISMA</w:t>
      </w:r>
    </w:p>
    <w:p w14:paraId="08AE0BB5" w14:textId="77777777" w:rsidR="00716FD6" w:rsidRPr="00BE6943" w:rsidRDefault="00716FD6" w:rsidP="0040384B">
      <w:pPr>
        <w:spacing w:after="0" w:line="240" w:lineRule="auto"/>
        <w:rPr>
          <w:rFonts w:ascii="Book Antiqua" w:hAnsi="Book Antiqua"/>
          <w:b/>
          <w:sz w:val="24"/>
          <w:szCs w:val="24"/>
        </w:rPr>
      </w:pPr>
    </w:p>
    <w:p w14:paraId="1D2F24BE" w14:textId="09897B53" w:rsidR="00F262CE" w:rsidRPr="00BE6943" w:rsidRDefault="00634E6F" w:rsidP="0040384B">
      <w:pPr>
        <w:spacing w:after="0" w:line="240" w:lineRule="auto"/>
        <w:jc w:val="both"/>
        <w:rPr>
          <w:rFonts w:ascii="Book Antiqua" w:hAnsi="Book Antiqua"/>
          <w:b/>
          <w:sz w:val="36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1. </w:t>
      </w:r>
      <w:r w:rsidR="00707AA9" w:rsidRPr="00BE6943">
        <w:rPr>
          <w:rFonts w:ascii="Book Antiqua" w:hAnsi="Book Antiqua"/>
          <w:b/>
          <w:sz w:val="36"/>
          <w:szCs w:val="24"/>
        </w:rPr>
        <w:t xml:space="preserve">¿De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qué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modo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el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carisma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de San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Jerónimo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</w:t>
      </w:r>
      <w:r w:rsidRPr="00BE6943">
        <w:rPr>
          <w:rFonts w:ascii="Book Antiqua" w:hAnsi="Book Antiqua"/>
          <w:b/>
          <w:sz w:val="36"/>
          <w:szCs w:val="24"/>
        </w:rPr>
        <w:t xml:space="preserve">Emiliani </w:t>
      </w:r>
      <w:proofErr w:type="spellStart"/>
      <w:r w:rsidRPr="00BE6943">
        <w:rPr>
          <w:rFonts w:ascii="Book Antiqua" w:hAnsi="Book Antiqua"/>
          <w:b/>
          <w:sz w:val="36"/>
          <w:szCs w:val="24"/>
        </w:rPr>
        <w:t>i</w:t>
      </w:r>
      <w:r w:rsidR="00707AA9" w:rsidRPr="00BE6943">
        <w:rPr>
          <w:rFonts w:ascii="Book Antiqua" w:hAnsi="Book Antiqua"/>
          <w:b/>
          <w:sz w:val="36"/>
          <w:szCs w:val="24"/>
        </w:rPr>
        <w:t>n</w:t>
      </w:r>
      <w:r w:rsidRPr="00BE6943">
        <w:rPr>
          <w:rFonts w:ascii="Book Antiqua" w:hAnsi="Book Antiqua"/>
          <w:b/>
          <w:sz w:val="36"/>
          <w:szCs w:val="24"/>
        </w:rPr>
        <w:t>spira</w:t>
      </w:r>
      <w:proofErr w:type="spellEnd"/>
      <w:r w:rsidRPr="00BE6943">
        <w:rPr>
          <w:rFonts w:ascii="Book Antiqua" w:hAnsi="Book Antiqua"/>
          <w:b/>
          <w:sz w:val="36"/>
          <w:szCs w:val="24"/>
        </w:rPr>
        <w:t xml:space="preserve"> </w:t>
      </w:r>
      <w:r w:rsidR="00707AA9" w:rsidRPr="00BE6943">
        <w:rPr>
          <w:rFonts w:ascii="Book Antiqua" w:hAnsi="Book Antiqua"/>
          <w:b/>
          <w:sz w:val="36"/>
          <w:szCs w:val="24"/>
        </w:rPr>
        <w:t xml:space="preserve">de forma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concreta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las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obras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de la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Provincia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de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España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y Mo</w:t>
      </w:r>
      <w:r w:rsidR="00F710AF">
        <w:rPr>
          <w:rFonts w:ascii="Book Antiqua" w:hAnsi="Book Antiqua"/>
          <w:b/>
          <w:sz w:val="36"/>
          <w:szCs w:val="24"/>
        </w:rPr>
        <w:t>-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zambique</w:t>
      </w:r>
      <w:proofErr w:type="spellEnd"/>
      <w:r w:rsidRPr="00BE6943">
        <w:rPr>
          <w:rFonts w:ascii="Book Antiqua" w:hAnsi="Book Antiqua"/>
          <w:b/>
          <w:sz w:val="36"/>
          <w:szCs w:val="24"/>
        </w:rPr>
        <w:t>?</w:t>
      </w:r>
    </w:p>
    <w:p w14:paraId="32B992E1" w14:textId="77777777" w:rsidR="00707AA9" w:rsidRPr="00BE6943" w:rsidRDefault="00707AA9" w:rsidP="0040384B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6C927B6E" w14:textId="583EFE44" w:rsidR="00F262CE" w:rsidRPr="00BE6943" w:rsidRDefault="00634E6F" w:rsidP="0040384B">
      <w:pPr>
        <w:spacing w:after="0" w:line="240" w:lineRule="auto"/>
        <w:jc w:val="both"/>
        <w:rPr>
          <w:rFonts w:ascii="Book Antiqua" w:hAnsi="Book Antiqua"/>
          <w:b/>
          <w:sz w:val="36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2. </w:t>
      </w:r>
      <w:r w:rsidR="00707AA9" w:rsidRPr="00BE6943">
        <w:rPr>
          <w:rFonts w:ascii="Book Antiqua" w:hAnsi="Book Antiqua"/>
          <w:b/>
          <w:sz w:val="36"/>
          <w:szCs w:val="24"/>
        </w:rPr>
        <w:t>¿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Qué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aspectos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gramStart"/>
      <w:r w:rsidR="00707AA9" w:rsidRPr="00BE6943">
        <w:rPr>
          <w:rFonts w:ascii="Book Antiqua" w:hAnsi="Book Antiqua"/>
          <w:b/>
          <w:sz w:val="36"/>
          <w:szCs w:val="24"/>
        </w:rPr>
        <w:t>del</w:t>
      </w:r>
      <w:proofErr w:type="gramEnd"/>
      <w:r w:rsidR="00707AA9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carisma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se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valoran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más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>?</w:t>
      </w:r>
    </w:p>
    <w:p w14:paraId="03AD5258" w14:textId="77777777" w:rsidR="00707AA9" w:rsidRPr="00BE6943" w:rsidRDefault="00707AA9" w:rsidP="0040384B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0EE4A7F7" w14:textId="0E30DD65" w:rsidR="00F262CE" w:rsidRPr="00BE6943" w:rsidRDefault="00634E6F" w:rsidP="0040384B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3. </w:t>
      </w:r>
      <w:r w:rsidR="00707AA9" w:rsidRPr="00BE6943">
        <w:rPr>
          <w:rFonts w:ascii="Book Antiqua" w:hAnsi="Book Antiqua"/>
          <w:b/>
          <w:sz w:val="36"/>
          <w:szCs w:val="24"/>
        </w:rPr>
        <w:t>¿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Qué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aspectos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gramStart"/>
      <w:r w:rsidR="00707AA9" w:rsidRPr="00BE6943">
        <w:rPr>
          <w:rFonts w:ascii="Book Antiqua" w:hAnsi="Book Antiqua"/>
          <w:b/>
          <w:sz w:val="36"/>
          <w:szCs w:val="24"/>
        </w:rPr>
        <w:t>del</w:t>
      </w:r>
      <w:proofErr w:type="gramEnd"/>
      <w:r w:rsidR="00707AA9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Pr="00BE6943">
        <w:rPr>
          <w:rFonts w:ascii="Book Antiqua" w:hAnsi="Book Antiqua"/>
          <w:b/>
          <w:sz w:val="36"/>
          <w:szCs w:val="24"/>
        </w:rPr>
        <w:t>carisma</w:t>
      </w:r>
      <w:proofErr w:type="spellEnd"/>
      <w:r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exigen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hoy mayor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atención</w:t>
      </w:r>
      <w:proofErr w:type="spellEnd"/>
      <w:r w:rsidRPr="00BE6943">
        <w:rPr>
          <w:rFonts w:ascii="Book Antiqua" w:hAnsi="Book Antiqua"/>
          <w:b/>
          <w:sz w:val="36"/>
          <w:szCs w:val="24"/>
        </w:rPr>
        <w:t>?</w:t>
      </w:r>
    </w:p>
    <w:p w14:paraId="48CB9371" w14:textId="77777777" w:rsidR="00707AA9" w:rsidRPr="00BE6943" w:rsidRDefault="00707AA9" w:rsidP="0040384B">
      <w:p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</w:p>
    <w:p w14:paraId="0330C39E" w14:textId="6DE8C5CD" w:rsidR="00F262CE" w:rsidRPr="00BE6943" w:rsidRDefault="00634E6F" w:rsidP="0040384B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4. </w:t>
      </w:r>
      <w:r w:rsidR="00707AA9" w:rsidRPr="00BE6943">
        <w:rPr>
          <w:rFonts w:ascii="Book Antiqua" w:hAnsi="Book Antiqua"/>
          <w:b/>
          <w:sz w:val="36"/>
          <w:szCs w:val="24"/>
        </w:rPr>
        <w:t xml:space="preserve">¿Las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obras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de la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Provincia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de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España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y Mozambique son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percibidas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proofErr w:type="gramStart"/>
      <w:r w:rsidR="00707AA9" w:rsidRPr="00BE6943">
        <w:rPr>
          <w:rFonts w:ascii="Book Antiqua" w:hAnsi="Book Antiqua"/>
          <w:b/>
          <w:sz w:val="36"/>
          <w:szCs w:val="24"/>
        </w:rPr>
        <w:t>como</w:t>
      </w:r>
      <w:proofErr w:type="spellEnd"/>
      <w:proofErr w:type="gramEnd"/>
      <w:r w:rsidR="00707AA9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auténticamente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somascas?</w:t>
      </w:r>
      <w:r w:rsidRPr="00BE6943">
        <w:rPr>
          <w:rFonts w:ascii="Book Antiqua" w:hAnsi="Book Antiqua"/>
          <w:b/>
          <w:sz w:val="36"/>
          <w:szCs w:val="24"/>
        </w:rPr>
        <w:t xml:space="preserve"> </w:t>
      </w:r>
    </w:p>
    <w:p w14:paraId="407AC8EF" w14:textId="2BD1929E" w:rsidR="00524FBD" w:rsidRPr="00BE6943" w:rsidRDefault="00524FBD" w:rsidP="0040384B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21F28A59" w14:textId="6AC9604A" w:rsidR="0040384B" w:rsidRPr="00BE6943" w:rsidRDefault="0040384B" w:rsidP="0040384B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4A7FDE35" w14:textId="77777777" w:rsidR="0040384B" w:rsidRPr="008855FB" w:rsidRDefault="0040384B" w:rsidP="0040384B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00CD34A8" w14:textId="78680BEA" w:rsidR="00F262CE" w:rsidRPr="0040384B" w:rsidRDefault="00707AA9" w:rsidP="0040384B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sz w:val="36"/>
          <w:szCs w:val="24"/>
        </w:rPr>
      </w:pPr>
      <w:r w:rsidRPr="0040384B">
        <w:rPr>
          <w:rFonts w:ascii="Book Antiqua" w:hAnsi="Book Antiqua"/>
          <w:b/>
          <w:color w:val="123B5D"/>
          <w:sz w:val="36"/>
          <w:szCs w:val="24"/>
        </w:rPr>
        <w:t>SECCIÓN I: IDENTIDAD CARISMÁ</w:t>
      </w:r>
      <w:r w:rsidR="00634E6F" w:rsidRPr="0040384B">
        <w:rPr>
          <w:rFonts w:ascii="Book Antiqua" w:hAnsi="Book Antiqua"/>
          <w:b/>
          <w:color w:val="123B5D"/>
          <w:sz w:val="36"/>
          <w:szCs w:val="24"/>
        </w:rPr>
        <w:t>TICA</w:t>
      </w:r>
    </w:p>
    <w:p w14:paraId="3F42D88A" w14:textId="77777777" w:rsidR="00716FD6" w:rsidRDefault="00716FD6" w:rsidP="0040384B">
      <w:pPr>
        <w:spacing w:after="0" w:line="240" w:lineRule="auto"/>
        <w:rPr>
          <w:rFonts w:ascii="Book Antiqua" w:hAnsi="Book Antiqua"/>
          <w:b/>
          <w:color w:val="B58A3B"/>
          <w:sz w:val="24"/>
          <w:szCs w:val="24"/>
        </w:rPr>
      </w:pPr>
    </w:p>
    <w:p w14:paraId="5B69C39C" w14:textId="1F441808" w:rsidR="00F262CE" w:rsidRPr="0040384B" w:rsidRDefault="00707AA9" w:rsidP="0040384B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  <w:r w:rsidRPr="0040384B">
        <w:rPr>
          <w:rFonts w:ascii="Book Antiqua" w:hAnsi="Book Antiqua"/>
          <w:b/>
          <w:color w:val="B58A3B"/>
          <w:sz w:val="36"/>
          <w:szCs w:val="24"/>
        </w:rPr>
        <w:t xml:space="preserve">2. Vida </w:t>
      </w:r>
      <w:proofErr w:type="spellStart"/>
      <w:r w:rsidRPr="0040384B">
        <w:rPr>
          <w:rFonts w:ascii="Book Antiqua" w:hAnsi="Book Antiqua"/>
          <w:b/>
          <w:color w:val="B58A3B"/>
          <w:sz w:val="36"/>
          <w:szCs w:val="24"/>
        </w:rPr>
        <w:t>comunitaria</w:t>
      </w:r>
      <w:proofErr w:type="spellEnd"/>
      <w:r w:rsidRPr="0040384B">
        <w:rPr>
          <w:rFonts w:ascii="Book Antiqua" w:hAnsi="Book Antiqua"/>
          <w:b/>
          <w:color w:val="B58A3B"/>
          <w:sz w:val="36"/>
          <w:szCs w:val="24"/>
        </w:rPr>
        <w:t xml:space="preserve"> y</w:t>
      </w:r>
      <w:r w:rsidR="00634E6F" w:rsidRPr="0040384B">
        <w:rPr>
          <w:rFonts w:ascii="Book Antiqua" w:hAnsi="Book Antiqua"/>
          <w:b/>
          <w:color w:val="B58A3B"/>
          <w:sz w:val="36"/>
          <w:szCs w:val="24"/>
        </w:rPr>
        <w:t xml:space="preserve"> </w:t>
      </w:r>
      <w:proofErr w:type="spellStart"/>
      <w:r w:rsidRPr="0040384B">
        <w:rPr>
          <w:rFonts w:ascii="Book Antiqua" w:hAnsi="Book Antiqua"/>
          <w:b/>
          <w:color w:val="B58A3B"/>
          <w:sz w:val="36"/>
          <w:szCs w:val="24"/>
        </w:rPr>
        <w:t>misión</w:t>
      </w:r>
      <w:proofErr w:type="spellEnd"/>
    </w:p>
    <w:p w14:paraId="1A2D69DC" w14:textId="77777777" w:rsidR="00716FD6" w:rsidRDefault="00716FD6" w:rsidP="0040384B">
      <w:pPr>
        <w:spacing w:after="0" w:line="240" w:lineRule="auto"/>
        <w:rPr>
          <w:rFonts w:ascii="Book Antiqua" w:hAnsi="Book Antiqua"/>
          <w:b/>
          <w:color w:val="123B5D"/>
          <w:sz w:val="24"/>
          <w:szCs w:val="24"/>
        </w:rPr>
      </w:pPr>
    </w:p>
    <w:p w14:paraId="1100DE84" w14:textId="2EF44BDD" w:rsidR="00F262CE" w:rsidRPr="00BE6943" w:rsidRDefault="00634E6F" w:rsidP="0040384B">
      <w:p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5. </w:t>
      </w:r>
      <w:r w:rsidR="00707AA9" w:rsidRPr="00BE6943">
        <w:rPr>
          <w:rFonts w:ascii="Book Antiqua" w:hAnsi="Book Antiqua"/>
          <w:b/>
          <w:sz w:val="36"/>
          <w:szCs w:val="24"/>
        </w:rPr>
        <w:t xml:space="preserve">¿De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qué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manera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la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comunidad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religiosa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sostiene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la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misión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 xml:space="preserve"> de las </w:t>
      </w:r>
      <w:proofErr w:type="spellStart"/>
      <w:r w:rsidR="00707AA9" w:rsidRPr="00BE6943">
        <w:rPr>
          <w:rFonts w:ascii="Book Antiqua" w:hAnsi="Book Antiqua"/>
          <w:b/>
          <w:sz w:val="36"/>
          <w:szCs w:val="24"/>
        </w:rPr>
        <w:t>obras</w:t>
      </w:r>
      <w:proofErr w:type="spellEnd"/>
      <w:r w:rsidR="00707AA9" w:rsidRPr="00BE6943">
        <w:rPr>
          <w:rFonts w:ascii="Book Antiqua" w:hAnsi="Book Antiqua"/>
          <w:b/>
          <w:sz w:val="36"/>
          <w:szCs w:val="24"/>
        </w:rPr>
        <w:t>?</w:t>
      </w:r>
    </w:p>
    <w:p w14:paraId="6D0F2656" w14:textId="77777777" w:rsidR="00707AA9" w:rsidRPr="00BE6943" w:rsidRDefault="00707AA9" w:rsidP="0040384B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54D4ED88" w14:textId="1FC3E407" w:rsidR="00F262CE" w:rsidRPr="00BE6943" w:rsidRDefault="00634E6F" w:rsidP="0040384B">
      <w:pPr>
        <w:spacing w:after="0" w:line="240" w:lineRule="auto"/>
        <w:jc w:val="both"/>
        <w:rPr>
          <w:rFonts w:ascii="Book Antiqua" w:hAnsi="Book Antiqua"/>
          <w:b/>
          <w:sz w:val="36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6. </w:t>
      </w:r>
      <w:r w:rsidR="0040384B" w:rsidRPr="00BE6943">
        <w:rPr>
          <w:rFonts w:ascii="Book Antiqua" w:hAnsi="Book Antiqua"/>
          <w:b/>
          <w:sz w:val="36"/>
          <w:szCs w:val="24"/>
        </w:rPr>
        <w:t>¿</w:t>
      </w:r>
      <w:proofErr w:type="spellStart"/>
      <w:r w:rsidR="0040384B" w:rsidRPr="00BE6943">
        <w:rPr>
          <w:rFonts w:ascii="Book Antiqua" w:hAnsi="Book Antiqua"/>
          <w:b/>
          <w:sz w:val="36"/>
          <w:szCs w:val="24"/>
        </w:rPr>
        <w:t>Qué</w:t>
      </w:r>
      <w:proofErr w:type="spellEnd"/>
      <w:r w:rsidR="0040384B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40384B" w:rsidRPr="00BE6943">
        <w:rPr>
          <w:rFonts w:ascii="Book Antiqua" w:hAnsi="Book Antiqua"/>
          <w:b/>
          <w:sz w:val="36"/>
          <w:szCs w:val="24"/>
        </w:rPr>
        <w:t>dificultades</w:t>
      </w:r>
      <w:proofErr w:type="spellEnd"/>
      <w:r w:rsidR="0040384B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40384B" w:rsidRPr="00BE6943">
        <w:rPr>
          <w:rFonts w:ascii="Book Antiqua" w:hAnsi="Book Antiqua"/>
          <w:b/>
          <w:sz w:val="36"/>
          <w:szCs w:val="24"/>
        </w:rPr>
        <w:t>encontráis</w:t>
      </w:r>
      <w:proofErr w:type="spellEnd"/>
      <w:r w:rsidR="0040384B" w:rsidRPr="00BE6943">
        <w:rPr>
          <w:rFonts w:ascii="Book Antiqua" w:hAnsi="Book Antiqua"/>
          <w:b/>
          <w:sz w:val="36"/>
          <w:szCs w:val="24"/>
        </w:rPr>
        <w:t xml:space="preserve"> al </w:t>
      </w:r>
      <w:proofErr w:type="spellStart"/>
      <w:r w:rsidR="0040384B" w:rsidRPr="00BE6943">
        <w:rPr>
          <w:rFonts w:ascii="Book Antiqua" w:hAnsi="Book Antiqua"/>
          <w:b/>
          <w:sz w:val="36"/>
          <w:szCs w:val="24"/>
        </w:rPr>
        <w:t>integrar</w:t>
      </w:r>
      <w:proofErr w:type="spellEnd"/>
      <w:r w:rsidR="0040384B" w:rsidRPr="00BE6943">
        <w:rPr>
          <w:rFonts w:ascii="Book Antiqua" w:hAnsi="Book Antiqua"/>
          <w:b/>
          <w:sz w:val="36"/>
          <w:szCs w:val="24"/>
        </w:rPr>
        <w:t xml:space="preserve"> la </w:t>
      </w:r>
      <w:proofErr w:type="spellStart"/>
      <w:r w:rsidR="0040384B" w:rsidRPr="00BE6943">
        <w:rPr>
          <w:rFonts w:ascii="Book Antiqua" w:hAnsi="Book Antiqua"/>
          <w:b/>
          <w:sz w:val="36"/>
          <w:szCs w:val="24"/>
        </w:rPr>
        <w:t>vida</w:t>
      </w:r>
      <w:proofErr w:type="spellEnd"/>
      <w:r w:rsidR="0040384B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40384B" w:rsidRPr="00BE6943">
        <w:rPr>
          <w:rFonts w:ascii="Book Antiqua" w:hAnsi="Book Antiqua"/>
          <w:b/>
          <w:sz w:val="36"/>
          <w:szCs w:val="24"/>
        </w:rPr>
        <w:t>comunitaria</w:t>
      </w:r>
      <w:proofErr w:type="spellEnd"/>
      <w:r w:rsidR="0040384B" w:rsidRPr="00BE6943">
        <w:rPr>
          <w:rFonts w:ascii="Book Antiqua" w:hAnsi="Book Antiqua"/>
          <w:b/>
          <w:sz w:val="36"/>
          <w:szCs w:val="24"/>
        </w:rPr>
        <w:t xml:space="preserve"> y la </w:t>
      </w:r>
      <w:proofErr w:type="spellStart"/>
      <w:r w:rsidR="0040384B" w:rsidRPr="00BE6943">
        <w:rPr>
          <w:rFonts w:ascii="Book Antiqua" w:hAnsi="Book Antiqua"/>
          <w:b/>
          <w:sz w:val="36"/>
          <w:szCs w:val="24"/>
        </w:rPr>
        <w:t>actividad</w:t>
      </w:r>
      <w:proofErr w:type="spellEnd"/>
      <w:r w:rsidR="0040384B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40384B" w:rsidRPr="00BE6943">
        <w:rPr>
          <w:rFonts w:ascii="Book Antiqua" w:hAnsi="Book Antiqua"/>
          <w:b/>
          <w:sz w:val="36"/>
          <w:szCs w:val="24"/>
        </w:rPr>
        <w:t>apostólica</w:t>
      </w:r>
      <w:proofErr w:type="spellEnd"/>
      <w:r w:rsidR="0040384B" w:rsidRPr="00BE6943">
        <w:rPr>
          <w:rFonts w:ascii="Book Antiqua" w:hAnsi="Book Antiqua"/>
          <w:b/>
          <w:sz w:val="36"/>
          <w:szCs w:val="24"/>
        </w:rPr>
        <w:t>?</w:t>
      </w:r>
    </w:p>
    <w:p w14:paraId="390FADF2" w14:textId="77777777" w:rsidR="0040384B" w:rsidRPr="00BE6943" w:rsidRDefault="0040384B" w:rsidP="0040384B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</w:p>
    <w:p w14:paraId="67786434" w14:textId="5111BD0B" w:rsidR="00F262CE" w:rsidRPr="00BE6943" w:rsidRDefault="00634E6F" w:rsidP="0040384B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7. </w:t>
      </w:r>
      <w:r w:rsidR="0040384B" w:rsidRPr="00BE6943">
        <w:rPr>
          <w:rFonts w:ascii="Book Antiqua" w:hAnsi="Book Antiqua"/>
          <w:b/>
          <w:sz w:val="36"/>
          <w:szCs w:val="24"/>
        </w:rPr>
        <w:t>¿</w:t>
      </w:r>
      <w:proofErr w:type="spellStart"/>
      <w:r w:rsidR="0040384B" w:rsidRPr="00BE6943">
        <w:rPr>
          <w:rFonts w:ascii="Book Antiqua" w:hAnsi="Book Antiqua"/>
          <w:b/>
          <w:sz w:val="36"/>
          <w:szCs w:val="24"/>
        </w:rPr>
        <w:t>Qué</w:t>
      </w:r>
      <w:proofErr w:type="spellEnd"/>
      <w:r w:rsidR="0040384B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40384B" w:rsidRPr="00BE6943">
        <w:rPr>
          <w:rFonts w:ascii="Book Antiqua" w:hAnsi="Book Antiqua"/>
          <w:b/>
          <w:sz w:val="36"/>
          <w:szCs w:val="24"/>
        </w:rPr>
        <w:t>experiencias</w:t>
      </w:r>
      <w:proofErr w:type="spellEnd"/>
      <w:r w:rsidR="0040384B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40384B" w:rsidRPr="00BE6943">
        <w:rPr>
          <w:rFonts w:ascii="Book Antiqua" w:hAnsi="Book Antiqua"/>
          <w:b/>
          <w:sz w:val="36"/>
          <w:szCs w:val="24"/>
        </w:rPr>
        <w:t>positivas</w:t>
      </w:r>
      <w:proofErr w:type="spellEnd"/>
      <w:r w:rsidR="0040384B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40384B" w:rsidRPr="00BE6943">
        <w:rPr>
          <w:rFonts w:ascii="Book Antiqua" w:hAnsi="Book Antiqua"/>
          <w:b/>
          <w:sz w:val="36"/>
          <w:szCs w:val="24"/>
        </w:rPr>
        <w:t>deseáis</w:t>
      </w:r>
      <w:proofErr w:type="spellEnd"/>
      <w:r w:rsidR="0040384B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40384B" w:rsidRPr="00BE6943">
        <w:rPr>
          <w:rFonts w:ascii="Book Antiqua" w:hAnsi="Book Antiqua"/>
          <w:b/>
          <w:sz w:val="36"/>
          <w:szCs w:val="24"/>
        </w:rPr>
        <w:t>compartir</w:t>
      </w:r>
      <w:proofErr w:type="spellEnd"/>
      <w:r w:rsidR="0040384B" w:rsidRPr="00BE6943">
        <w:rPr>
          <w:rFonts w:ascii="Book Antiqua" w:hAnsi="Book Antiqua"/>
          <w:b/>
          <w:sz w:val="36"/>
          <w:szCs w:val="24"/>
        </w:rPr>
        <w:t>?</w:t>
      </w:r>
    </w:p>
    <w:p w14:paraId="1870F2B4" w14:textId="77777777" w:rsidR="0040384B" w:rsidRDefault="00634E6F" w:rsidP="0040384B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8855FB">
        <w:rPr>
          <w:rFonts w:ascii="Book Antiqua" w:hAnsi="Book Antiqua"/>
          <w:sz w:val="24"/>
          <w:szCs w:val="24"/>
        </w:rPr>
        <w:br w:type="page"/>
      </w:r>
    </w:p>
    <w:p w14:paraId="767D43CA" w14:textId="77777777" w:rsidR="0040384B" w:rsidRDefault="0040384B" w:rsidP="0040384B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3EBC7FB3" w14:textId="1D7D3340" w:rsidR="00F262CE" w:rsidRPr="0040384B" w:rsidRDefault="0040384B" w:rsidP="0040384B">
      <w:pPr>
        <w:spacing w:after="0" w:line="240" w:lineRule="auto"/>
        <w:rPr>
          <w:rFonts w:ascii="Book Antiqua" w:hAnsi="Book Antiqua"/>
          <w:sz w:val="36"/>
          <w:szCs w:val="24"/>
        </w:rPr>
      </w:pPr>
      <w:r w:rsidRPr="0040384B">
        <w:rPr>
          <w:rFonts w:ascii="Book Antiqua" w:hAnsi="Book Antiqua"/>
          <w:b/>
          <w:color w:val="123B5D"/>
          <w:sz w:val="36"/>
          <w:szCs w:val="24"/>
        </w:rPr>
        <w:t>SE</w:t>
      </w:r>
      <w:r>
        <w:rPr>
          <w:rFonts w:ascii="Book Antiqua" w:hAnsi="Book Antiqua"/>
          <w:b/>
          <w:color w:val="123B5D"/>
          <w:sz w:val="36"/>
          <w:szCs w:val="24"/>
        </w:rPr>
        <w:t xml:space="preserve">CCIÓN </w:t>
      </w:r>
      <w:r w:rsidR="00634E6F" w:rsidRPr="0040384B">
        <w:rPr>
          <w:rFonts w:ascii="Book Antiqua" w:hAnsi="Book Antiqua"/>
          <w:b/>
          <w:color w:val="123B5D"/>
          <w:sz w:val="36"/>
          <w:szCs w:val="24"/>
        </w:rPr>
        <w:t>II:</w:t>
      </w:r>
      <w:r>
        <w:rPr>
          <w:rFonts w:ascii="Book Antiqua" w:hAnsi="Book Antiqua"/>
          <w:b/>
          <w:color w:val="123B5D"/>
          <w:sz w:val="36"/>
          <w:szCs w:val="24"/>
        </w:rPr>
        <w:t xml:space="preserve"> SITUACIÓN DE LAS</w:t>
      </w:r>
      <w:r w:rsidR="00634E6F" w:rsidRPr="0040384B">
        <w:rPr>
          <w:rFonts w:ascii="Book Antiqua" w:hAnsi="Book Antiqua"/>
          <w:b/>
          <w:color w:val="123B5D"/>
          <w:sz w:val="36"/>
          <w:szCs w:val="24"/>
        </w:rPr>
        <w:t xml:space="preserve"> O</w:t>
      </w:r>
      <w:r>
        <w:rPr>
          <w:rFonts w:ascii="Book Antiqua" w:hAnsi="Book Antiqua"/>
          <w:b/>
          <w:color w:val="123B5D"/>
          <w:sz w:val="36"/>
          <w:szCs w:val="24"/>
        </w:rPr>
        <w:t>BRAS</w:t>
      </w:r>
    </w:p>
    <w:p w14:paraId="301BE0E2" w14:textId="77777777" w:rsidR="00716FD6" w:rsidRDefault="00716FD6" w:rsidP="00716FD6">
      <w:pPr>
        <w:spacing w:after="0" w:line="240" w:lineRule="auto"/>
        <w:rPr>
          <w:rFonts w:ascii="Book Antiqua" w:hAnsi="Book Antiqua"/>
          <w:b/>
          <w:color w:val="B58A3B"/>
          <w:sz w:val="24"/>
          <w:szCs w:val="24"/>
        </w:rPr>
      </w:pPr>
    </w:p>
    <w:p w14:paraId="607BC73F" w14:textId="1AD023FD" w:rsidR="00F262CE" w:rsidRPr="0040384B" w:rsidRDefault="0040384B" w:rsidP="00716FD6">
      <w:pPr>
        <w:spacing w:after="0" w:line="240" w:lineRule="auto"/>
        <w:rPr>
          <w:rFonts w:ascii="Book Antiqua" w:hAnsi="Book Antiqua"/>
          <w:sz w:val="36"/>
          <w:szCs w:val="24"/>
        </w:rPr>
      </w:pPr>
      <w:r w:rsidRPr="0040384B">
        <w:rPr>
          <w:rFonts w:ascii="Book Antiqua" w:hAnsi="Book Antiqua"/>
          <w:b/>
          <w:color w:val="B58A3B"/>
          <w:sz w:val="36"/>
          <w:szCs w:val="24"/>
        </w:rPr>
        <w:t xml:space="preserve">3. </w:t>
      </w:r>
      <w:proofErr w:type="spellStart"/>
      <w:r w:rsidRPr="0040384B">
        <w:rPr>
          <w:rFonts w:ascii="Book Antiqua" w:hAnsi="Book Antiqua"/>
          <w:b/>
          <w:color w:val="B58A3B"/>
          <w:sz w:val="36"/>
          <w:szCs w:val="24"/>
        </w:rPr>
        <w:t>Mapa</w:t>
      </w:r>
      <w:proofErr w:type="spellEnd"/>
      <w:r w:rsidRPr="0040384B">
        <w:rPr>
          <w:rFonts w:ascii="Book Antiqua" w:hAnsi="Book Antiqua"/>
          <w:b/>
          <w:color w:val="B58A3B"/>
          <w:sz w:val="36"/>
          <w:szCs w:val="24"/>
        </w:rPr>
        <w:t xml:space="preserve"> de las </w:t>
      </w:r>
      <w:proofErr w:type="spellStart"/>
      <w:r w:rsidRPr="0040384B">
        <w:rPr>
          <w:rFonts w:ascii="Book Antiqua" w:hAnsi="Book Antiqua"/>
          <w:b/>
          <w:color w:val="B58A3B"/>
          <w:sz w:val="36"/>
          <w:szCs w:val="24"/>
        </w:rPr>
        <w:t>obras</w:t>
      </w:r>
      <w:proofErr w:type="spellEnd"/>
    </w:p>
    <w:p w14:paraId="2CF05CAF" w14:textId="77777777" w:rsidR="0040384B" w:rsidRDefault="0040384B" w:rsidP="00716FD6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0797B832" w14:textId="148EB9D5" w:rsidR="00F262CE" w:rsidRPr="00BE6943" w:rsidRDefault="0040384B" w:rsidP="0040384B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  <w:proofErr w:type="spellStart"/>
      <w:r w:rsidRPr="00BE6943">
        <w:rPr>
          <w:rFonts w:ascii="Book Antiqua" w:hAnsi="Book Antiqua"/>
          <w:sz w:val="36"/>
          <w:szCs w:val="24"/>
        </w:rPr>
        <w:t>Rellenar</w:t>
      </w:r>
      <w:proofErr w:type="spellEnd"/>
      <w:r w:rsidRPr="00BE6943">
        <w:rPr>
          <w:rFonts w:ascii="Book Antiqua" w:hAnsi="Book Antiqua"/>
          <w:sz w:val="36"/>
          <w:szCs w:val="24"/>
        </w:rPr>
        <w:t xml:space="preserve"> la </w:t>
      </w:r>
      <w:proofErr w:type="spellStart"/>
      <w:r w:rsidRPr="00BE6943">
        <w:rPr>
          <w:rFonts w:ascii="Book Antiqua" w:hAnsi="Book Antiqua"/>
          <w:sz w:val="36"/>
          <w:szCs w:val="24"/>
        </w:rPr>
        <w:t>si</w:t>
      </w:r>
      <w:r w:rsidR="00634E6F" w:rsidRPr="00BE6943">
        <w:rPr>
          <w:rFonts w:ascii="Book Antiqua" w:hAnsi="Book Antiqua"/>
          <w:sz w:val="36"/>
          <w:szCs w:val="24"/>
        </w:rPr>
        <w:t>gu</w:t>
      </w:r>
      <w:r w:rsidRPr="00BE6943">
        <w:rPr>
          <w:rFonts w:ascii="Book Antiqua" w:hAnsi="Book Antiqua"/>
          <w:sz w:val="36"/>
          <w:szCs w:val="24"/>
        </w:rPr>
        <w:t>iente</w:t>
      </w:r>
      <w:proofErr w:type="spellEnd"/>
      <w:r w:rsidRPr="00BE6943">
        <w:rPr>
          <w:rFonts w:ascii="Book Antiqua" w:hAnsi="Book Antiqua"/>
          <w:sz w:val="36"/>
          <w:szCs w:val="24"/>
        </w:rPr>
        <w:t xml:space="preserve"> </w:t>
      </w:r>
      <w:proofErr w:type="spellStart"/>
      <w:r w:rsidRPr="00BE6943">
        <w:rPr>
          <w:rFonts w:ascii="Book Antiqua" w:hAnsi="Book Antiqua"/>
          <w:sz w:val="36"/>
          <w:szCs w:val="24"/>
        </w:rPr>
        <w:t>tab</w:t>
      </w:r>
      <w:r w:rsidR="00634E6F" w:rsidRPr="00BE6943">
        <w:rPr>
          <w:rFonts w:ascii="Book Antiqua" w:hAnsi="Book Antiqua"/>
          <w:sz w:val="36"/>
          <w:szCs w:val="24"/>
        </w:rPr>
        <w:t>la</w:t>
      </w:r>
      <w:proofErr w:type="spellEnd"/>
      <w:r w:rsidRPr="00BE6943">
        <w:rPr>
          <w:rFonts w:ascii="Book Antiqua" w:hAnsi="Book Antiqua"/>
          <w:sz w:val="36"/>
          <w:szCs w:val="24"/>
        </w:rPr>
        <w:t xml:space="preserve">, </w:t>
      </w:r>
      <w:proofErr w:type="spellStart"/>
      <w:r w:rsidRPr="00BE6943">
        <w:rPr>
          <w:rFonts w:ascii="Book Antiqua" w:hAnsi="Book Antiqua"/>
          <w:sz w:val="36"/>
          <w:szCs w:val="24"/>
        </w:rPr>
        <w:t>indicando</w:t>
      </w:r>
      <w:proofErr w:type="spellEnd"/>
      <w:r w:rsidRPr="00BE6943">
        <w:rPr>
          <w:rFonts w:ascii="Book Antiqua" w:hAnsi="Book Antiqua"/>
          <w:sz w:val="36"/>
          <w:szCs w:val="24"/>
        </w:rPr>
        <w:t xml:space="preserve"> el </w:t>
      </w:r>
      <w:proofErr w:type="spellStart"/>
      <w:r w:rsidRPr="00BE6943">
        <w:rPr>
          <w:rFonts w:ascii="Book Antiqua" w:hAnsi="Book Antiqua"/>
          <w:sz w:val="36"/>
          <w:szCs w:val="24"/>
        </w:rPr>
        <w:t>número</w:t>
      </w:r>
      <w:proofErr w:type="spellEnd"/>
      <w:r w:rsidRPr="00BE6943">
        <w:rPr>
          <w:rFonts w:ascii="Book Antiqua" w:hAnsi="Book Antiqua"/>
          <w:sz w:val="36"/>
          <w:szCs w:val="24"/>
        </w:rPr>
        <w:t xml:space="preserve"> de </w:t>
      </w:r>
      <w:proofErr w:type="spellStart"/>
      <w:r w:rsidRPr="00BE6943">
        <w:rPr>
          <w:rFonts w:ascii="Book Antiqua" w:hAnsi="Book Antiqua"/>
          <w:sz w:val="36"/>
          <w:szCs w:val="24"/>
        </w:rPr>
        <w:t>obras</w:t>
      </w:r>
      <w:proofErr w:type="spellEnd"/>
      <w:r w:rsidRPr="00BE6943">
        <w:rPr>
          <w:rFonts w:ascii="Book Antiqua" w:hAnsi="Book Antiqua"/>
          <w:sz w:val="36"/>
          <w:szCs w:val="24"/>
        </w:rPr>
        <w:t xml:space="preserve"> </w:t>
      </w:r>
      <w:proofErr w:type="spellStart"/>
      <w:r w:rsidRPr="00BE6943">
        <w:rPr>
          <w:rFonts w:ascii="Book Antiqua" w:hAnsi="Book Antiqua"/>
          <w:sz w:val="36"/>
          <w:szCs w:val="24"/>
        </w:rPr>
        <w:t>presen</w:t>
      </w:r>
      <w:r w:rsidR="00BE6943">
        <w:rPr>
          <w:rFonts w:ascii="Book Antiqua" w:hAnsi="Book Antiqua"/>
          <w:sz w:val="36"/>
          <w:szCs w:val="24"/>
        </w:rPr>
        <w:t>-</w:t>
      </w:r>
      <w:r w:rsidRPr="00BE6943">
        <w:rPr>
          <w:rFonts w:ascii="Book Antiqua" w:hAnsi="Book Antiqua"/>
          <w:sz w:val="36"/>
          <w:szCs w:val="24"/>
        </w:rPr>
        <w:t>tes</w:t>
      </w:r>
      <w:proofErr w:type="spellEnd"/>
      <w:r w:rsidRPr="00BE6943">
        <w:rPr>
          <w:rFonts w:ascii="Book Antiqua" w:hAnsi="Book Antiqua"/>
          <w:sz w:val="36"/>
          <w:szCs w:val="24"/>
        </w:rPr>
        <w:t xml:space="preserve"> </w:t>
      </w:r>
      <w:proofErr w:type="spellStart"/>
      <w:r w:rsidRPr="00BE6943">
        <w:rPr>
          <w:rFonts w:ascii="Book Antiqua" w:hAnsi="Book Antiqua"/>
          <w:sz w:val="36"/>
          <w:szCs w:val="24"/>
        </w:rPr>
        <w:t>en</w:t>
      </w:r>
      <w:proofErr w:type="spellEnd"/>
      <w:r w:rsidRPr="00BE6943">
        <w:rPr>
          <w:rFonts w:ascii="Book Antiqua" w:hAnsi="Book Antiqua"/>
          <w:sz w:val="36"/>
          <w:szCs w:val="24"/>
        </w:rPr>
        <w:t xml:space="preserve"> </w:t>
      </w:r>
      <w:r w:rsidR="00634E6F" w:rsidRPr="00BE6943">
        <w:rPr>
          <w:rFonts w:ascii="Book Antiqua" w:hAnsi="Book Antiqua"/>
          <w:sz w:val="36"/>
          <w:szCs w:val="24"/>
        </w:rPr>
        <w:t xml:space="preserve">la </w:t>
      </w:r>
      <w:proofErr w:type="spellStart"/>
      <w:r w:rsidRPr="00BE6943">
        <w:rPr>
          <w:rFonts w:ascii="Book Antiqua" w:hAnsi="Book Antiqua"/>
          <w:sz w:val="36"/>
          <w:szCs w:val="24"/>
        </w:rPr>
        <w:t>Provincia</w:t>
      </w:r>
      <w:proofErr w:type="spellEnd"/>
      <w:r w:rsidRPr="00BE6943">
        <w:rPr>
          <w:rFonts w:ascii="Book Antiqua" w:hAnsi="Book Antiqua"/>
          <w:sz w:val="36"/>
          <w:szCs w:val="24"/>
        </w:rPr>
        <w:t xml:space="preserve"> de </w:t>
      </w:r>
      <w:proofErr w:type="spellStart"/>
      <w:r w:rsidRPr="00BE6943">
        <w:rPr>
          <w:rFonts w:ascii="Book Antiqua" w:hAnsi="Book Antiqua"/>
          <w:sz w:val="36"/>
          <w:szCs w:val="24"/>
        </w:rPr>
        <w:t>España</w:t>
      </w:r>
      <w:proofErr w:type="spellEnd"/>
      <w:r w:rsidRPr="00BE6943">
        <w:rPr>
          <w:rFonts w:ascii="Book Antiqua" w:hAnsi="Book Antiqua"/>
          <w:sz w:val="36"/>
          <w:szCs w:val="24"/>
        </w:rPr>
        <w:t xml:space="preserve"> y Mozambique</w:t>
      </w:r>
      <w:r w:rsidR="00634E6F" w:rsidRPr="00BE6943">
        <w:rPr>
          <w:rFonts w:ascii="Book Antiqua" w:hAnsi="Book Antiqua"/>
          <w:sz w:val="36"/>
          <w:szCs w:val="24"/>
        </w:rPr>
        <w:t>.</w:t>
      </w:r>
    </w:p>
    <w:p w14:paraId="61858D87" w14:textId="77777777" w:rsidR="00716FD6" w:rsidRPr="008855FB" w:rsidRDefault="00716FD6" w:rsidP="00716FD6">
      <w:pPr>
        <w:spacing w:after="0" w:line="240" w:lineRule="auto"/>
        <w:rPr>
          <w:rFonts w:ascii="Book Antiqua" w:hAnsi="Book Antiqua"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240"/>
        <w:gridCol w:w="4916"/>
      </w:tblGrid>
      <w:tr w:rsidR="00F262CE" w:rsidRPr="0040384B" w14:paraId="768A9581" w14:textId="77777777" w:rsidTr="00F51DD1">
        <w:trPr>
          <w:jc w:val="center"/>
        </w:trPr>
        <w:tc>
          <w:tcPr>
            <w:tcW w:w="5240" w:type="dxa"/>
            <w:shd w:val="clear" w:color="auto" w:fill="123B5D"/>
          </w:tcPr>
          <w:p w14:paraId="628216C0" w14:textId="5893F70C" w:rsidR="00F262CE" w:rsidRPr="0040384B" w:rsidRDefault="0040384B" w:rsidP="0040384B">
            <w:pPr>
              <w:spacing w:after="0"/>
              <w:jc w:val="center"/>
              <w:rPr>
                <w:rFonts w:ascii="Book Antiqua" w:hAnsi="Book Antiqua"/>
                <w:sz w:val="32"/>
                <w:szCs w:val="24"/>
              </w:rPr>
            </w:pPr>
            <w:proofErr w:type="spellStart"/>
            <w:r w:rsidRPr="0040384B">
              <w:rPr>
                <w:rFonts w:ascii="Book Antiqua" w:hAnsi="Book Antiqua"/>
                <w:b/>
                <w:color w:val="FFFFFF"/>
                <w:sz w:val="32"/>
                <w:szCs w:val="24"/>
              </w:rPr>
              <w:t>Tipologí</w:t>
            </w:r>
            <w:r w:rsidR="00634E6F" w:rsidRPr="0040384B">
              <w:rPr>
                <w:rFonts w:ascii="Book Antiqua" w:hAnsi="Book Antiqua"/>
                <w:b/>
                <w:color w:val="FFFFFF"/>
                <w:sz w:val="32"/>
                <w:szCs w:val="24"/>
              </w:rPr>
              <w:t>a</w:t>
            </w:r>
            <w:proofErr w:type="spellEnd"/>
          </w:p>
        </w:tc>
        <w:tc>
          <w:tcPr>
            <w:tcW w:w="4916" w:type="dxa"/>
            <w:shd w:val="clear" w:color="auto" w:fill="123B5D"/>
          </w:tcPr>
          <w:p w14:paraId="33AFB39E" w14:textId="0389607C" w:rsidR="00F262CE" w:rsidRPr="0040384B" w:rsidRDefault="0040384B" w:rsidP="0040384B">
            <w:pPr>
              <w:spacing w:after="0"/>
              <w:jc w:val="center"/>
              <w:rPr>
                <w:rFonts w:ascii="Book Antiqua" w:hAnsi="Book Antiqua"/>
                <w:sz w:val="32"/>
                <w:szCs w:val="24"/>
              </w:rPr>
            </w:pPr>
            <w:proofErr w:type="spellStart"/>
            <w:r w:rsidRPr="0040384B">
              <w:rPr>
                <w:rFonts w:ascii="Book Antiqua" w:hAnsi="Book Antiqua"/>
                <w:b/>
                <w:color w:val="FFFFFF"/>
                <w:sz w:val="32"/>
                <w:szCs w:val="24"/>
              </w:rPr>
              <w:t>Nú</w:t>
            </w:r>
            <w:r w:rsidR="00634E6F" w:rsidRPr="0040384B">
              <w:rPr>
                <w:rFonts w:ascii="Book Antiqua" w:hAnsi="Book Antiqua"/>
                <w:b/>
                <w:color w:val="FFFFFF"/>
                <w:sz w:val="32"/>
                <w:szCs w:val="24"/>
              </w:rPr>
              <w:t>mero</w:t>
            </w:r>
            <w:proofErr w:type="spellEnd"/>
          </w:p>
        </w:tc>
      </w:tr>
      <w:tr w:rsidR="00F262CE" w:rsidRPr="0040384B" w14:paraId="3E35EE55" w14:textId="77777777" w:rsidTr="00F51DD1">
        <w:trPr>
          <w:jc w:val="center"/>
        </w:trPr>
        <w:tc>
          <w:tcPr>
            <w:tcW w:w="524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D965F4A" w14:textId="17E6D50A" w:rsidR="00F262CE" w:rsidRPr="0040384B" w:rsidRDefault="0040384B" w:rsidP="00716FD6">
            <w:pPr>
              <w:spacing w:after="0"/>
              <w:rPr>
                <w:rFonts w:ascii="Book Antiqua" w:hAnsi="Book Antiqua"/>
                <w:sz w:val="32"/>
                <w:szCs w:val="24"/>
              </w:rPr>
            </w:pPr>
            <w:proofErr w:type="spellStart"/>
            <w:r w:rsidRPr="0040384B">
              <w:rPr>
                <w:rFonts w:ascii="Book Antiqua" w:hAnsi="Book Antiqua"/>
                <w:sz w:val="32"/>
                <w:szCs w:val="24"/>
              </w:rPr>
              <w:t>Colegios</w:t>
            </w:r>
            <w:proofErr w:type="spellEnd"/>
          </w:p>
        </w:tc>
        <w:tc>
          <w:tcPr>
            <w:tcW w:w="49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CD2633D" w14:textId="3E0D9086" w:rsidR="00F262CE" w:rsidRPr="0040384B" w:rsidRDefault="0040384B" w:rsidP="0040384B">
            <w:pPr>
              <w:spacing w:after="0"/>
              <w:jc w:val="center"/>
              <w:rPr>
                <w:rFonts w:ascii="Book Antiqua" w:hAnsi="Book Antiqua"/>
                <w:sz w:val="32"/>
                <w:szCs w:val="24"/>
              </w:rPr>
            </w:pPr>
            <w:r>
              <w:rPr>
                <w:rFonts w:ascii="Book Antiqua" w:hAnsi="Book Antiqua"/>
                <w:sz w:val="32"/>
                <w:szCs w:val="24"/>
              </w:rPr>
              <w:t>3</w:t>
            </w:r>
          </w:p>
        </w:tc>
      </w:tr>
      <w:tr w:rsidR="00F262CE" w:rsidRPr="0040384B" w14:paraId="7E1B228D" w14:textId="77777777" w:rsidTr="00F51DD1">
        <w:trPr>
          <w:jc w:val="center"/>
        </w:trPr>
        <w:tc>
          <w:tcPr>
            <w:tcW w:w="5240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604FE2F" w14:textId="0D1BF671" w:rsidR="00F262CE" w:rsidRPr="0040384B" w:rsidRDefault="0040384B" w:rsidP="00716FD6">
            <w:pPr>
              <w:spacing w:after="0"/>
              <w:rPr>
                <w:rFonts w:ascii="Book Antiqua" w:hAnsi="Book Antiqua"/>
                <w:sz w:val="32"/>
                <w:szCs w:val="24"/>
              </w:rPr>
            </w:pPr>
            <w:proofErr w:type="spellStart"/>
            <w:r w:rsidRPr="0040384B">
              <w:rPr>
                <w:rFonts w:ascii="Book Antiqua" w:hAnsi="Book Antiqua"/>
                <w:sz w:val="32"/>
                <w:szCs w:val="24"/>
              </w:rPr>
              <w:t>Centros</w:t>
            </w:r>
            <w:proofErr w:type="spellEnd"/>
            <w:r w:rsidRPr="0040384B">
              <w:rPr>
                <w:rFonts w:ascii="Book Antiqua" w:hAnsi="Book Antiqua"/>
                <w:sz w:val="32"/>
                <w:szCs w:val="24"/>
              </w:rPr>
              <w:t xml:space="preserve"> de </w:t>
            </w:r>
            <w:proofErr w:type="spellStart"/>
            <w:r w:rsidRPr="0040384B">
              <w:rPr>
                <w:rFonts w:ascii="Book Antiqua" w:hAnsi="Book Antiqua"/>
                <w:sz w:val="32"/>
                <w:szCs w:val="24"/>
              </w:rPr>
              <w:t>formación</w:t>
            </w:r>
            <w:proofErr w:type="spellEnd"/>
            <w:r w:rsidRPr="0040384B">
              <w:rPr>
                <w:rFonts w:ascii="Book Antiqua" w:hAnsi="Book Antiqua"/>
                <w:sz w:val="32"/>
                <w:szCs w:val="24"/>
              </w:rPr>
              <w:t xml:space="preserve"> </w:t>
            </w:r>
            <w:proofErr w:type="spellStart"/>
            <w:r w:rsidRPr="0040384B">
              <w:rPr>
                <w:rFonts w:ascii="Book Antiqua" w:hAnsi="Book Antiqua"/>
                <w:sz w:val="32"/>
                <w:szCs w:val="24"/>
              </w:rPr>
              <w:t>profesional</w:t>
            </w:r>
            <w:proofErr w:type="spellEnd"/>
          </w:p>
        </w:tc>
        <w:tc>
          <w:tcPr>
            <w:tcW w:w="4916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898199A" w14:textId="201EE46B" w:rsidR="00F262CE" w:rsidRPr="0040384B" w:rsidRDefault="0040384B" w:rsidP="0040384B">
            <w:pPr>
              <w:spacing w:after="0"/>
              <w:jc w:val="center"/>
              <w:rPr>
                <w:rFonts w:ascii="Book Antiqua" w:hAnsi="Book Antiqua"/>
                <w:sz w:val="32"/>
                <w:szCs w:val="24"/>
              </w:rPr>
            </w:pPr>
            <w:r>
              <w:rPr>
                <w:rFonts w:ascii="Book Antiqua" w:hAnsi="Book Antiqua"/>
                <w:sz w:val="32"/>
                <w:szCs w:val="24"/>
              </w:rPr>
              <w:t>1</w:t>
            </w:r>
          </w:p>
        </w:tc>
      </w:tr>
      <w:tr w:rsidR="00F262CE" w:rsidRPr="0040384B" w14:paraId="033A7157" w14:textId="77777777" w:rsidTr="00F51DD1">
        <w:trPr>
          <w:jc w:val="center"/>
        </w:trPr>
        <w:tc>
          <w:tcPr>
            <w:tcW w:w="524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20973EE" w14:textId="0B6F27A6" w:rsidR="00F262CE" w:rsidRPr="0040384B" w:rsidRDefault="0040384B" w:rsidP="00716FD6">
            <w:pPr>
              <w:spacing w:after="0"/>
              <w:rPr>
                <w:rFonts w:ascii="Book Antiqua" w:hAnsi="Book Antiqua"/>
                <w:sz w:val="32"/>
                <w:szCs w:val="24"/>
              </w:rPr>
            </w:pPr>
            <w:proofErr w:type="spellStart"/>
            <w:r>
              <w:rPr>
                <w:rFonts w:ascii="Book Antiqua" w:hAnsi="Book Antiqua"/>
                <w:sz w:val="32"/>
                <w:szCs w:val="24"/>
              </w:rPr>
              <w:t>Comunidades</w:t>
            </w:r>
            <w:proofErr w:type="spellEnd"/>
            <w:r>
              <w:rPr>
                <w:rFonts w:ascii="Book Antiqua" w:hAnsi="Book Antiqua"/>
                <w:sz w:val="32"/>
                <w:szCs w:val="24"/>
              </w:rPr>
              <w:t xml:space="preserve"> pa</w:t>
            </w:r>
            <w:r w:rsidR="00634E6F" w:rsidRPr="0040384B">
              <w:rPr>
                <w:rFonts w:ascii="Book Antiqua" w:hAnsi="Book Antiqua"/>
                <w:sz w:val="32"/>
                <w:szCs w:val="24"/>
              </w:rPr>
              <w:t>r</w:t>
            </w:r>
            <w:r>
              <w:rPr>
                <w:rFonts w:ascii="Book Antiqua" w:hAnsi="Book Antiqua"/>
                <w:sz w:val="32"/>
                <w:szCs w:val="24"/>
              </w:rPr>
              <w:t xml:space="preserve">a </w:t>
            </w:r>
            <w:proofErr w:type="spellStart"/>
            <w:r>
              <w:rPr>
                <w:rFonts w:ascii="Book Antiqua" w:hAnsi="Book Antiqua"/>
                <w:sz w:val="32"/>
                <w:szCs w:val="24"/>
              </w:rPr>
              <w:t>menores</w:t>
            </w:r>
            <w:proofErr w:type="spellEnd"/>
          </w:p>
        </w:tc>
        <w:tc>
          <w:tcPr>
            <w:tcW w:w="49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FB16346" w14:textId="1564CFBD" w:rsidR="00F262CE" w:rsidRPr="0040384B" w:rsidRDefault="0040384B" w:rsidP="0040384B">
            <w:pPr>
              <w:spacing w:after="0"/>
              <w:jc w:val="center"/>
              <w:rPr>
                <w:rFonts w:ascii="Book Antiqua" w:hAnsi="Book Antiqua"/>
                <w:sz w:val="32"/>
                <w:szCs w:val="24"/>
              </w:rPr>
            </w:pPr>
            <w:r>
              <w:rPr>
                <w:rFonts w:ascii="Book Antiqua" w:hAnsi="Book Antiqua"/>
                <w:sz w:val="32"/>
                <w:szCs w:val="24"/>
              </w:rPr>
              <w:t>1</w:t>
            </w:r>
          </w:p>
        </w:tc>
      </w:tr>
      <w:tr w:rsidR="00F262CE" w:rsidRPr="0040384B" w14:paraId="281ECAD0" w14:textId="77777777" w:rsidTr="00F51DD1">
        <w:trPr>
          <w:jc w:val="center"/>
        </w:trPr>
        <w:tc>
          <w:tcPr>
            <w:tcW w:w="5240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41AC249" w14:textId="5BFC269A" w:rsidR="00F262CE" w:rsidRPr="0040384B" w:rsidRDefault="0040384B" w:rsidP="00716FD6">
            <w:pPr>
              <w:spacing w:after="0"/>
              <w:rPr>
                <w:rFonts w:ascii="Book Antiqua" w:hAnsi="Book Antiqua"/>
                <w:sz w:val="32"/>
                <w:szCs w:val="24"/>
              </w:rPr>
            </w:pPr>
            <w:proofErr w:type="spellStart"/>
            <w:r>
              <w:rPr>
                <w:rFonts w:ascii="Book Antiqua" w:hAnsi="Book Antiqua"/>
                <w:sz w:val="32"/>
                <w:szCs w:val="24"/>
              </w:rPr>
              <w:t>Pisos</w:t>
            </w:r>
            <w:proofErr w:type="spellEnd"/>
            <w:r>
              <w:rPr>
                <w:rFonts w:ascii="Book Antiqua" w:hAnsi="Book Antiqua"/>
                <w:sz w:val="32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32"/>
                <w:szCs w:val="24"/>
              </w:rPr>
              <w:t>tutelados</w:t>
            </w:r>
            <w:proofErr w:type="spellEnd"/>
          </w:p>
        </w:tc>
        <w:tc>
          <w:tcPr>
            <w:tcW w:w="4916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19C66C1" w14:textId="2A097B93" w:rsidR="00F262CE" w:rsidRPr="0040384B" w:rsidRDefault="0040384B" w:rsidP="0040384B">
            <w:pPr>
              <w:spacing w:after="0"/>
              <w:jc w:val="center"/>
              <w:rPr>
                <w:rFonts w:ascii="Book Antiqua" w:hAnsi="Book Antiqua"/>
                <w:sz w:val="32"/>
                <w:szCs w:val="24"/>
              </w:rPr>
            </w:pPr>
            <w:r>
              <w:rPr>
                <w:rFonts w:ascii="Book Antiqua" w:hAnsi="Book Antiqua"/>
                <w:sz w:val="32"/>
                <w:szCs w:val="24"/>
              </w:rPr>
              <w:t>3</w:t>
            </w:r>
          </w:p>
        </w:tc>
      </w:tr>
      <w:tr w:rsidR="00F262CE" w:rsidRPr="0040384B" w14:paraId="441BC6A1" w14:textId="77777777" w:rsidTr="00F51DD1">
        <w:trPr>
          <w:jc w:val="center"/>
        </w:trPr>
        <w:tc>
          <w:tcPr>
            <w:tcW w:w="524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0575917" w14:textId="6CECC3E8" w:rsidR="00F262CE" w:rsidRPr="0040384B" w:rsidRDefault="0040384B" w:rsidP="00716FD6">
            <w:pPr>
              <w:spacing w:after="0"/>
              <w:rPr>
                <w:rFonts w:ascii="Book Antiqua" w:hAnsi="Book Antiqua"/>
                <w:sz w:val="32"/>
                <w:szCs w:val="24"/>
              </w:rPr>
            </w:pPr>
            <w:proofErr w:type="spellStart"/>
            <w:r>
              <w:rPr>
                <w:rFonts w:ascii="Book Antiqua" w:hAnsi="Book Antiqua"/>
                <w:sz w:val="32"/>
                <w:szCs w:val="24"/>
              </w:rPr>
              <w:t>Parroquias</w:t>
            </w:r>
            <w:proofErr w:type="spellEnd"/>
          </w:p>
        </w:tc>
        <w:tc>
          <w:tcPr>
            <w:tcW w:w="49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201A4CA" w14:textId="50E0EE4C" w:rsidR="00F262CE" w:rsidRPr="0040384B" w:rsidRDefault="0040384B" w:rsidP="0040384B">
            <w:pPr>
              <w:spacing w:after="0"/>
              <w:jc w:val="center"/>
              <w:rPr>
                <w:rFonts w:ascii="Book Antiqua" w:hAnsi="Book Antiqua"/>
                <w:sz w:val="32"/>
                <w:szCs w:val="24"/>
              </w:rPr>
            </w:pPr>
            <w:r>
              <w:rPr>
                <w:rFonts w:ascii="Book Antiqua" w:hAnsi="Book Antiqua"/>
                <w:sz w:val="32"/>
                <w:szCs w:val="24"/>
              </w:rPr>
              <w:t>4</w:t>
            </w:r>
          </w:p>
        </w:tc>
      </w:tr>
      <w:tr w:rsidR="0040384B" w:rsidRPr="0040384B" w14:paraId="65793C29" w14:textId="77777777" w:rsidTr="00F51DD1">
        <w:trPr>
          <w:jc w:val="center"/>
        </w:trPr>
        <w:tc>
          <w:tcPr>
            <w:tcW w:w="5240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89FE208" w14:textId="4673FFA4" w:rsidR="0040384B" w:rsidRPr="0040384B" w:rsidRDefault="0040384B" w:rsidP="0040384B">
            <w:pPr>
              <w:spacing w:after="0"/>
              <w:rPr>
                <w:rFonts w:ascii="Book Antiqua" w:hAnsi="Book Antiqua"/>
                <w:sz w:val="32"/>
                <w:szCs w:val="24"/>
              </w:rPr>
            </w:pPr>
            <w:proofErr w:type="spellStart"/>
            <w:r>
              <w:rPr>
                <w:rFonts w:ascii="Book Antiqua" w:hAnsi="Book Antiqua"/>
                <w:sz w:val="32"/>
                <w:szCs w:val="24"/>
              </w:rPr>
              <w:t>Centros</w:t>
            </w:r>
            <w:proofErr w:type="spellEnd"/>
            <w:r w:rsidRPr="0040384B">
              <w:rPr>
                <w:rFonts w:ascii="Book Antiqua" w:hAnsi="Book Antiqua"/>
                <w:sz w:val="32"/>
                <w:szCs w:val="24"/>
              </w:rPr>
              <w:t xml:space="preserve"> </w:t>
            </w:r>
            <w:r>
              <w:rPr>
                <w:rFonts w:ascii="Book Antiqua" w:hAnsi="Book Antiqua"/>
                <w:sz w:val="32"/>
                <w:szCs w:val="24"/>
              </w:rPr>
              <w:t>juveniles</w:t>
            </w:r>
          </w:p>
        </w:tc>
        <w:tc>
          <w:tcPr>
            <w:tcW w:w="4916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8AF3B0D" w14:textId="63656AE5" w:rsidR="0040384B" w:rsidRPr="0040384B" w:rsidRDefault="0040384B" w:rsidP="0040384B">
            <w:pPr>
              <w:spacing w:after="0"/>
              <w:jc w:val="center"/>
              <w:rPr>
                <w:rFonts w:ascii="Book Antiqua" w:hAnsi="Book Antiqua"/>
                <w:sz w:val="32"/>
                <w:szCs w:val="24"/>
              </w:rPr>
            </w:pPr>
            <w:r>
              <w:rPr>
                <w:rFonts w:ascii="Book Antiqua" w:hAnsi="Book Antiqua"/>
                <w:sz w:val="32"/>
                <w:szCs w:val="24"/>
              </w:rPr>
              <w:t>1</w:t>
            </w:r>
          </w:p>
        </w:tc>
      </w:tr>
      <w:tr w:rsidR="0040384B" w:rsidRPr="0040384B" w14:paraId="7A26671B" w14:textId="77777777" w:rsidTr="00F51DD1">
        <w:trPr>
          <w:jc w:val="center"/>
        </w:trPr>
        <w:tc>
          <w:tcPr>
            <w:tcW w:w="524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705D3F2" w14:textId="7D7B3AC7" w:rsidR="0040384B" w:rsidRPr="0040384B" w:rsidRDefault="0040384B" w:rsidP="0040384B">
            <w:pPr>
              <w:spacing w:after="0"/>
              <w:rPr>
                <w:rFonts w:ascii="Book Antiqua" w:hAnsi="Book Antiqua"/>
                <w:sz w:val="32"/>
                <w:szCs w:val="24"/>
              </w:rPr>
            </w:pPr>
            <w:proofErr w:type="spellStart"/>
            <w:r>
              <w:rPr>
                <w:rFonts w:ascii="Book Antiqua" w:hAnsi="Book Antiqua"/>
                <w:sz w:val="32"/>
                <w:szCs w:val="24"/>
              </w:rPr>
              <w:t>Obras</w:t>
            </w:r>
            <w:proofErr w:type="spellEnd"/>
            <w:r>
              <w:rPr>
                <w:rFonts w:ascii="Book Antiqua" w:hAnsi="Book Antiqua"/>
                <w:sz w:val="32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32"/>
                <w:szCs w:val="24"/>
              </w:rPr>
              <w:t>Sociales</w:t>
            </w:r>
            <w:proofErr w:type="spellEnd"/>
            <w:r w:rsidR="00F51DD1">
              <w:rPr>
                <w:rFonts w:ascii="Book Antiqua" w:hAnsi="Book Antiqua"/>
                <w:sz w:val="32"/>
                <w:szCs w:val="24"/>
              </w:rPr>
              <w:t xml:space="preserve"> (ONGD EMILIANI)</w:t>
            </w:r>
          </w:p>
        </w:tc>
        <w:tc>
          <w:tcPr>
            <w:tcW w:w="49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5A0F010" w14:textId="454C3A61" w:rsidR="0040384B" w:rsidRPr="0040384B" w:rsidRDefault="00F51DD1" w:rsidP="0040384B">
            <w:pPr>
              <w:spacing w:after="0"/>
              <w:jc w:val="center"/>
              <w:rPr>
                <w:rFonts w:ascii="Book Antiqua" w:hAnsi="Book Antiqua"/>
                <w:sz w:val="32"/>
                <w:szCs w:val="24"/>
              </w:rPr>
            </w:pPr>
            <w:r>
              <w:rPr>
                <w:rFonts w:ascii="Book Antiqua" w:hAnsi="Book Antiqua"/>
                <w:sz w:val="32"/>
                <w:szCs w:val="24"/>
              </w:rPr>
              <w:t>1</w:t>
            </w:r>
          </w:p>
        </w:tc>
      </w:tr>
      <w:tr w:rsidR="0040384B" w:rsidRPr="0040384B" w14:paraId="22D12AC0" w14:textId="77777777" w:rsidTr="00F51DD1">
        <w:trPr>
          <w:jc w:val="center"/>
        </w:trPr>
        <w:tc>
          <w:tcPr>
            <w:tcW w:w="5240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E4E7A16" w14:textId="3A25B6F5" w:rsidR="0040384B" w:rsidRPr="0040384B" w:rsidRDefault="0040384B" w:rsidP="0040384B">
            <w:pPr>
              <w:spacing w:after="0"/>
              <w:rPr>
                <w:rFonts w:ascii="Book Antiqua" w:hAnsi="Book Antiqua"/>
                <w:sz w:val="32"/>
                <w:szCs w:val="24"/>
              </w:rPr>
            </w:pPr>
            <w:r>
              <w:rPr>
                <w:rFonts w:ascii="Book Antiqua" w:hAnsi="Book Antiqua"/>
                <w:sz w:val="32"/>
                <w:szCs w:val="24"/>
              </w:rPr>
              <w:t>Misiones</w:t>
            </w:r>
          </w:p>
        </w:tc>
        <w:tc>
          <w:tcPr>
            <w:tcW w:w="4916" w:type="dxa"/>
            <w:shd w:val="clear" w:color="auto" w:fill="F7F7F7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3AE5A76" w14:textId="5A48948C" w:rsidR="0040384B" w:rsidRPr="0040384B" w:rsidRDefault="00F51DD1" w:rsidP="0040384B">
            <w:pPr>
              <w:spacing w:after="0"/>
              <w:jc w:val="center"/>
              <w:rPr>
                <w:rFonts w:ascii="Book Antiqua" w:hAnsi="Book Antiqua"/>
                <w:sz w:val="32"/>
                <w:szCs w:val="24"/>
              </w:rPr>
            </w:pPr>
            <w:r>
              <w:rPr>
                <w:rFonts w:ascii="Book Antiqua" w:hAnsi="Book Antiqua"/>
                <w:sz w:val="32"/>
                <w:szCs w:val="24"/>
              </w:rPr>
              <w:t>1</w:t>
            </w:r>
          </w:p>
        </w:tc>
      </w:tr>
      <w:tr w:rsidR="0040384B" w:rsidRPr="0040384B" w14:paraId="1AD10DF3" w14:textId="77777777" w:rsidTr="00F51DD1">
        <w:trPr>
          <w:jc w:val="center"/>
        </w:trPr>
        <w:tc>
          <w:tcPr>
            <w:tcW w:w="5240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D61BEF9" w14:textId="53E8BA88" w:rsidR="0040384B" w:rsidRPr="0040384B" w:rsidRDefault="0040384B" w:rsidP="0040384B">
            <w:pPr>
              <w:spacing w:after="0"/>
              <w:rPr>
                <w:rFonts w:ascii="Book Antiqua" w:hAnsi="Book Antiqua"/>
                <w:sz w:val="32"/>
                <w:szCs w:val="24"/>
              </w:rPr>
            </w:pPr>
            <w:proofErr w:type="spellStart"/>
            <w:r>
              <w:rPr>
                <w:rFonts w:ascii="Book Antiqua" w:hAnsi="Book Antiqua"/>
                <w:sz w:val="32"/>
                <w:szCs w:val="24"/>
              </w:rPr>
              <w:t>Otras</w:t>
            </w:r>
            <w:proofErr w:type="spellEnd"/>
            <w:r>
              <w:rPr>
                <w:rFonts w:ascii="Book Antiqua" w:hAnsi="Book Antiqua"/>
                <w:sz w:val="32"/>
                <w:szCs w:val="24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32"/>
                <w:szCs w:val="24"/>
              </w:rPr>
              <w:t>obras</w:t>
            </w:r>
            <w:proofErr w:type="spellEnd"/>
          </w:p>
        </w:tc>
        <w:tc>
          <w:tcPr>
            <w:tcW w:w="491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9E82B47" w14:textId="33F40031" w:rsidR="0040384B" w:rsidRPr="0040384B" w:rsidRDefault="0040384B" w:rsidP="0040384B">
            <w:pPr>
              <w:spacing w:after="0"/>
              <w:jc w:val="center"/>
              <w:rPr>
                <w:rFonts w:ascii="Book Antiqua" w:hAnsi="Book Antiqua"/>
                <w:sz w:val="32"/>
                <w:szCs w:val="24"/>
              </w:rPr>
            </w:pPr>
          </w:p>
        </w:tc>
      </w:tr>
    </w:tbl>
    <w:p w14:paraId="6366C936" w14:textId="77777777" w:rsidR="00716FD6" w:rsidRDefault="00716FD6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b/>
          <w:color w:val="123B5D"/>
          <w:sz w:val="24"/>
          <w:szCs w:val="24"/>
        </w:rPr>
      </w:pPr>
    </w:p>
    <w:p w14:paraId="62A00DE2" w14:textId="38EC8825" w:rsidR="00716FD6" w:rsidRPr="0040384B" w:rsidRDefault="0040384B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sz w:val="36"/>
          <w:szCs w:val="24"/>
        </w:rPr>
      </w:pPr>
      <w:r>
        <w:rPr>
          <w:rFonts w:ascii="Book Antiqua" w:hAnsi="Book Antiqua"/>
          <w:b/>
          <w:color w:val="123B5D"/>
          <w:sz w:val="36"/>
          <w:szCs w:val="24"/>
        </w:rPr>
        <w:t>SECCIÓN</w:t>
      </w:r>
      <w:r w:rsidR="00634E6F" w:rsidRPr="0040384B">
        <w:rPr>
          <w:rFonts w:ascii="Book Antiqua" w:hAnsi="Book Antiqua"/>
          <w:b/>
          <w:color w:val="123B5D"/>
          <w:sz w:val="36"/>
          <w:szCs w:val="24"/>
        </w:rPr>
        <w:t xml:space="preserve"> II: SITUA</w:t>
      </w:r>
      <w:r>
        <w:rPr>
          <w:rFonts w:ascii="Book Antiqua" w:hAnsi="Book Antiqua"/>
          <w:b/>
          <w:color w:val="123B5D"/>
          <w:sz w:val="36"/>
          <w:szCs w:val="24"/>
        </w:rPr>
        <w:t>CIÓN DE LAS OBRAS</w:t>
      </w:r>
    </w:p>
    <w:p w14:paraId="5B95EC01" w14:textId="77777777" w:rsidR="00716FD6" w:rsidRDefault="00716FD6" w:rsidP="00716FD6">
      <w:pPr>
        <w:spacing w:after="0" w:line="240" w:lineRule="auto"/>
        <w:rPr>
          <w:rFonts w:ascii="Book Antiqua" w:hAnsi="Book Antiqua"/>
          <w:b/>
          <w:color w:val="B58A3B"/>
          <w:sz w:val="24"/>
          <w:szCs w:val="24"/>
        </w:rPr>
      </w:pPr>
    </w:p>
    <w:p w14:paraId="6BCB3551" w14:textId="7F0FE912" w:rsidR="00F262CE" w:rsidRDefault="00F51DD1" w:rsidP="0040384B">
      <w:pPr>
        <w:spacing w:after="0" w:line="240" w:lineRule="auto"/>
        <w:jc w:val="both"/>
        <w:rPr>
          <w:rFonts w:ascii="Book Antiqua" w:hAnsi="Book Antiqua"/>
          <w:b/>
          <w:color w:val="B58A3B"/>
          <w:sz w:val="36"/>
          <w:szCs w:val="24"/>
        </w:rPr>
      </w:pPr>
      <w:r>
        <w:rPr>
          <w:rFonts w:ascii="Book Antiqua" w:hAnsi="Book Antiqua"/>
          <w:b/>
          <w:color w:val="B58A3B"/>
          <w:sz w:val="36"/>
          <w:szCs w:val="24"/>
        </w:rPr>
        <w:t xml:space="preserve">4. </w:t>
      </w:r>
      <w:proofErr w:type="spellStart"/>
      <w:r>
        <w:rPr>
          <w:rFonts w:ascii="Book Antiqua" w:hAnsi="Book Antiqua"/>
          <w:b/>
          <w:color w:val="B58A3B"/>
          <w:sz w:val="36"/>
          <w:szCs w:val="24"/>
        </w:rPr>
        <w:t>Valoración</w:t>
      </w:r>
      <w:proofErr w:type="spellEnd"/>
      <w:r>
        <w:rPr>
          <w:rFonts w:ascii="Book Antiqua" w:hAnsi="Book Antiqua"/>
          <w:b/>
          <w:color w:val="B58A3B"/>
          <w:sz w:val="36"/>
          <w:szCs w:val="24"/>
        </w:rPr>
        <w:t xml:space="preserve"> general</w:t>
      </w:r>
    </w:p>
    <w:p w14:paraId="206D6023" w14:textId="77777777" w:rsidR="00F51DD1" w:rsidRPr="0040384B" w:rsidRDefault="00F51DD1" w:rsidP="0040384B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</w:p>
    <w:p w14:paraId="2FB03C5C" w14:textId="24ECF7C0" w:rsidR="00F262CE" w:rsidRPr="00BE6943" w:rsidRDefault="00634E6F" w:rsidP="0040384B">
      <w:pPr>
        <w:spacing w:after="0" w:line="240" w:lineRule="auto"/>
        <w:jc w:val="both"/>
        <w:rPr>
          <w:rFonts w:ascii="Book Antiqua" w:hAnsi="Book Antiqua"/>
          <w:b/>
          <w:sz w:val="36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8. </w:t>
      </w:r>
      <w:r w:rsidR="00F51DD1" w:rsidRPr="00BE6943">
        <w:rPr>
          <w:rFonts w:ascii="Book Antiqua" w:hAnsi="Book Antiqua"/>
          <w:b/>
          <w:sz w:val="36"/>
          <w:szCs w:val="24"/>
        </w:rPr>
        <w:t>¿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Qué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obras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consideráis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significativas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para la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misión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somas</w:t>
      </w:r>
      <w:r w:rsidR="00BE6943">
        <w:rPr>
          <w:rFonts w:ascii="Book Antiqua" w:hAnsi="Book Antiqua"/>
          <w:b/>
          <w:sz w:val="36"/>
          <w:szCs w:val="24"/>
        </w:rPr>
        <w:t>-</w:t>
      </w:r>
      <w:r w:rsidR="00F51DD1" w:rsidRPr="00BE6943">
        <w:rPr>
          <w:rFonts w:ascii="Book Antiqua" w:hAnsi="Book Antiqua"/>
          <w:b/>
          <w:sz w:val="36"/>
          <w:szCs w:val="24"/>
        </w:rPr>
        <w:t>ca?</w:t>
      </w:r>
    </w:p>
    <w:p w14:paraId="77799DCE" w14:textId="77777777" w:rsidR="00F51DD1" w:rsidRPr="00BE6943" w:rsidRDefault="00F51DD1" w:rsidP="0040384B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</w:p>
    <w:p w14:paraId="505E61E6" w14:textId="1ACB577A" w:rsidR="00F262CE" w:rsidRPr="00BE6943" w:rsidRDefault="00634E6F" w:rsidP="0040384B">
      <w:pPr>
        <w:spacing w:after="0" w:line="240" w:lineRule="auto"/>
        <w:jc w:val="both"/>
        <w:rPr>
          <w:rFonts w:ascii="Book Antiqua" w:hAnsi="Book Antiqua"/>
          <w:b/>
          <w:sz w:val="36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9. </w:t>
      </w:r>
      <w:r w:rsidR="00F51DD1" w:rsidRPr="00BE6943">
        <w:rPr>
          <w:rFonts w:ascii="Book Antiqua" w:hAnsi="Book Antiqua"/>
          <w:b/>
          <w:sz w:val="36"/>
          <w:szCs w:val="24"/>
        </w:rPr>
        <w:t>¿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Qué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obras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muestran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mayor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vitalidad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>?</w:t>
      </w:r>
    </w:p>
    <w:p w14:paraId="05E7B3DF" w14:textId="26C68B26" w:rsidR="00F51DD1" w:rsidRPr="00BE6943" w:rsidRDefault="00F51DD1" w:rsidP="0040384B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</w:p>
    <w:p w14:paraId="29D4FA9C" w14:textId="77777777" w:rsidR="009774FA" w:rsidRPr="00BE6943" w:rsidRDefault="009774FA" w:rsidP="0040384B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</w:p>
    <w:p w14:paraId="4F670248" w14:textId="5FA287F1" w:rsidR="00F262CE" w:rsidRPr="00BE6943" w:rsidRDefault="00634E6F" w:rsidP="0040384B">
      <w:pPr>
        <w:spacing w:after="0" w:line="240" w:lineRule="auto"/>
        <w:jc w:val="both"/>
        <w:rPr>
          <w:rFonts w:ascii="Book Antiqua" w:hAnsi="Book Antiqua"/>
          <w:b/>
          <w:sz w:val="36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10. </w:t>
      </w:r>
      <w:r w:rsidR="00F51DD1" w:rsidRPr="00BE6943">
        <w:rPr>
          <w:rFonts w:ascii="Book Antiqua" w:hAnsi="Book Antiqua"/>
          <w:b/>
          <w:sz w:val="36"/>
          <w:szCs w:val="24"/>
        </w:rPr>
        <w:t>¿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Qué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obras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presentan</w:t>
      </w:r>
      <w:proofErr w:type="spellEnd"/>
      <w:r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problemas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críticos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relevantes</w:t>
      </w:r>
      <w:proofErr w:type="spellEnd"/>
      <w:r w:rsidRPr="00BE6943">
        <w:rPr>
          <w:rFonts w:ascii="Book Antiqua" w:hAnsi="Book Antiqua"/>
          <w:b/>
          <w:sz w:val="36"/>
          <w:szCs w:val="24"/>
        </w:rPr>
        <w:t>?</w:t>
      </w:r>
    </w:p>
    <w:p w14:paraId="36ADB13E" w14:textId="6E61B7C7" w:rsidR="00F51DD1" w:rsidRPr="00BE6943" w:rsidRDefault="00F51DD1" w:rsidP="0040384B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</w:p>
    <w:p w14:paraId="35D43ECF" w14:textId="77777777" w:rsidR="009774FA" w:rsidRPr="00BE6943" w:rsidRDefault="009774FA" w:rsidP="0040384B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</w:p>
    <w:p w14:paraId="55E9134D" w14:textId="6C46EB79" w:rsidR="00F262CE" w:rsidRPr="00BE6943" w:rsidRDefault="00634E6F" w:rsidP="0040384B">
      <w:pPr>
        <w:spacing w:after="0" w:line="240" w:lineRule="auto"/>
        <w:jc w:val="both"/>
        <w:rPr>
          <w:rFonts w:ascii="Book Antiqua" w:hAnsi="Book Antiqua"/>
          <w:b/>
          <w:sz w:val="36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11. </w:t>
      </w:r>
      <w:r w:rsidR="00F51DD1" w:rsidRPr="00BE6943">
        <w:rPr>
          <w:rFonts w:ascii="Book Antiqua" w:hAnsi="Book Antiqua"/>
          <w:b/>
          <w:sz w:val="36"/>
          <w:szCs w:val="24"/>
        </w:rPr>
        <w:t>¿</w:t>
      </w:r>
      <w:proofErr w:type="spellStart"/>
      <w:r w:rsidRPr="00BE6943">
        <w:rPr>
          <w:rFonts w:ascii="Book Antiqua" w:hAnsi="Book Antiqua"/>
          <w:b/>
          <w:sz w:val="36"/>
          <w:szCs w:val="24"/>
        </w:rPr>
        <w:t>E</w:t>
      </w:r>
      <w:r w:rsidR="00F51DD1" w:rsidRPr="00BE6943">
        <w:rPr>
          <w:rFonts w:ascii="Book Antiqua" w:hAnsi="Book Antiqua"/>
          <w:b/>
          <w:sz w:val="36"/>
          <w:szCs w:val="24"/>
        </w:rPr>
        <w:t>xisten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obras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que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requieran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gramStart"/>
      <w:r w:rsidR="00F51DD1" w:rsidRPr="00BE6943">
        <w:rPr>
          <w:rFonts w:ascii="Book Antiqua" w:hAnsi="Book Antiqua"/>
          <w:b/>
          <w:sz w:val="36"/>
          <w:szCs w:val="24"/>
        </w:rPr>
        <w:t>un</w:t>
      </w:r>
      <w:proofErr w:type="gram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replanteamiento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,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una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rees</w:t>
      </w:r>
      <w:r w:rsidR="00BE6943">
        <w:rPr>
          <w:rFonts w:ascii="Book Antiqua" w:hAnsi="Book Antiqua"/>
          <w:b/>
          <w:sz w:val="36"/>
          <w:szCs w:val="24"/>
        </w:rPr>
        <w:t>-</w:t>
      </w:r>
      <w:r w:rsidR="00F51DD1" w:rsidRPr="00BE6943">
        <w:rPr>
          <w:rFonts w:ascii="Book Antiqua" w:hAnsi="Book Antiqua"/>
          <w:b/>
          <w:sz w:val="36"/>
          <w:szCs w:val="24"/>
        </w:rPr>
        <w:t>tructuración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o un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cierre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>?</w:t>
      </w:r>
    </w:p>
    <w:p w14:paraId="17C64E1D" w14:textId="77777777" w:rsidR="00F51DD1" w:rsidRPr="00BE6943" w:rsidRDefault="00F51DD1" w:rsidP="0040384B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</w:p>
    <w:p w14:paraId="058471AA" w14:textId="77777777" w:rsidR="00716FD6" w:rsidRDefault="00716FD6" w:rsidP="00716FD6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4A1E7800" w14:textId="1B5DE052" w:rsidR="00716FD6" w:rsidRPr="00F51DD1" w:rsidRDefault="00F51DD1" w:rsidP="00716FD6">
      <w:pPr>
        <w:pBdr>
          <w:bottom w:val="single" w:sz="14" w:space="1" w:color="B58A3B"/>
        </w:pBdr>
        <w:spacing w:after="0" w:line="240" w:lineRule="auto"/>
        <w:rPr>
          <w:rFonts w:ascii="Book Antiqua" w:hAnsi="Book Antiqua"/>
          <w:b/>
          <w:color w:val="123B5D"/>
          <w:sz w:val="36"/>
          <w:szCs w:val="24"/>
        </w:rPr>
      </w:pPr>
      <w:r>
        <w:rPr>
          <w:rFonts w:ascii="Book Antiqua" w:hAnsi="Book Antiqua"/>
          <w:b/>
          <w:color w:val="123B5D"/>
          <w:sz w:val="36"/>
          <w:szCs w:val="24"/>
        </w:rPr>
        <w:t>SECCIÓ</w:t>
      </w:r>
      <w:r w:rsidR="00716FD6" w:rsidRPr="00F51DD1">
        <w:rPr>
          <w:rFonts w:ascii="Book Antiqua" w:hAnsi="Book Antiqua"/>
          <w:b/>
          <w:color w:val="123B5D"/>
          <w:sz w:val="36"/>
          <w:szCs w:val="24"/>
        </w:rPr>
        <w:t>N III: DESTINATARI</w:t>
      </w:r>
      <w:r>
        <w:rPr>
          <w:rFonts w:ascii="Book Antiqua" w:hAnsi="Book Antiqua"/>
          <w:b/>
          <w:color w:val="123B5D"/>
          <w:sz w:val="36"/>
          <w:szCs w:val="24"/>
        </w:rPr>
        <w:t>OS DE LA MISIÓN</w:t>
      </w:r>
    </w:p>
    <w:p w14:paraId="59C65E8B" w14:textId="77777777" w:rsidR="00716FD6" w:rsidRPr="00F51DD1" w:rsidRDefault="00716FD6" w:rsidP="00716FD6">
      <w:pPr>
        <w:spacing w:after="0" w:line="240" w:lineRule="auto"/>
        <w:rPr>
          <w:rFonts w:ascii="Book Antiqua" w:hAnsi="Book Antiqua"/>
          <w:b/>
          <w:color w:val="B58A3B"/>
          <w:sz w:val="24"/>
          <w:szCs w:val="24"/>
        </w:rPr>
      </w:pPr>
    </w:p>
    <w:p w14:paraId="077A2A7C" w14:textId="03ACEDA0" w:rsidR="00F262CE" w:rsidRPr="00F51DD1" w:rsidRDefault="00F51DD1" w:rsidP="00716FD6">
      <w:pPr>
        <w:spacing w:after="0" w:line="240" w:lineRule="auto"/>
        <w:rPr>
          <w:rFonts w:ascii="Book Antiqua" w:hAnsi="Book Antiqua"/>
          <w:sz w:val="36"/>
          <w:szCs w:val="24"/>
        </w:rPr>
      </w:pPr>
      <w:r>
        <w:rPr>
          <w:rFonts w:ascii="Book Antiqua" w:hAnsi="Book Antiqua"/>
          <w:b/>
          <w:color w:val="B58A3B"/>
          <w:sz w:val="36"/>
          <w:szCs w:val="24"/>
        </w:rPr>
        <w:t xml:space="preserve">5. </w:t>
      </w:r>
      <w:proofErr w:type="spellStart"/>
      <w:r>
        <w:rPr>
          <w:rFonts w:ascii="Book Antiqua" w:hAnsi="Book Antiqua"/>
          <w:b/>
          <w:color w:val="B58A3B"/>
          <w:sz w:val="36"/>
          <w:szCs w:val="24"/>
        </w:rPr>
        <w:t>Jóvenes</w:t>
      </w:r>
      <w:proofErr w:type="spellEnd"/>
      <w:r>
        <w:rPr>
          <w:rFonts w:ascii="Book Antiqua" w:hAnsi="Book Antiqua"/>
          <w:b/>
          <w:color w:val="B58A3B"/>
          <w:sz w:val="36"/>
          <w:szCs w:val="24"/>
        </w:rPr>
        <w:t xml:space="preserve"> y </w:t>
      </w:r>
      <w:proofErr w:type="spellStart"/>
      <w:r>
        <w:rPr>
          <w:rFonts w:ascii="Book Antiqua" w:hAnsi="Book Antiqua"/>
          <w:b/>
          <w:color w:val="B58A3B"/>
          <w:sz w:val="36"/>
          <w:szCs w:val="24"/>
        </w:rPr>
        <w:t>pobrezas</w:t>
      </w:r>
      <w:proofErr w:type="spellEnd"/>
      <w:r>
        <w:rPr>
          <w:rFonts w:ascii="Book Antiqua" w:hAnsi="Book Antiqua"/>
          <w:b/>
          <w:color w:val="B58A3B"/>
          <w:sz w:val="36"/>
          <w:szCs w:val="24"/>
        </w:rPr>
        <w:t xml:space="preserve"> </w:t>
      </w:r>
      <w:proofErr w:type="spellStart"/>
      <w:r>
        <w:rPr>
          <w:rFonts w:ascii="Book Antiqua" w:hAnsi="Book Antiqua"/>
          <w:b/>
          <w:color w:val="B58A3B"/>
          <w:sz w:val="36"/>
          <w:szCs w:val="24"/>
        </w:rPr>
        <w:t>emergentes</w:t>
      </w:r>
      <w:proofErr w:type="spellEnd"/>
    </w:p>
    <w:p w14:paraId="3F8A3F6A" w14:textId="77777777" w:rsidR="00716FD6" w:rsidRPr="00F51DD1" w:rsidRDefault="00716FD6" w:rsidP="00716FD6">
      <w:pPr>
        <w:spacing w:after="0" w:line="240" w:lineRule="auto"/>
        <w:rPr>
          <w:rFonts w:ascii="Book Antiqua" w:hAnsi="Book Antiqua"/>
          <w:color w:val="123B5D"/>
          <w:sz w:val="24"/>
          <w:szCs w:val="24"/>
        </w:rPr>
      </w:pPr>
    </w:p>
    <w:p w14:paraId="1DAB5310" w14:textId="301BC447" w:rsidR="00F262CE" w:rsidRPr="00BE6943" w:rsidRDefault="00634E6F" w:rsidP="00F51DD1">
      <w:pPr>
        <w:spacing w:after="0" w:line="240" w:lineRule="auto"/>
        <w:jc w:val="both"/>
        <w:rPr>
          <w:rFonts w:ascii="Book Antiqua" w:hAnsi="Book Antiqua"/>
          <w:b/>
          <w:sz w:val="36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12. </w:t>
      </w:r>
      <w:r w:rsidR="00F51DD1" w:rsidRPr="00BE6943">
        <w:rPr>
          <w:rFonts w:ascii="Book Antiqua" w:hAnsi="Book Antiqua"/>
          <w:b/>
          <w:sz w:val="36"/>
          <w:szCs w:val="24"/>
        </w:rPr>
        <w:t xml:space="preserve">¿A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q</w:t>
      </w:r>
      <w:r w:rsidRPr="00BE6943">
        <w:rPr>
          <w:rFonts w:ascii="Book Antiqua" w:hAnsi="Book Antiqua"/>
          <w:b/>
          <w:sz w:val="36"/>
          <w:szCs w:val="24"/>
        </w:rPr>
        <w:t>u</w:t>
      </w:r>
      <w:r w:rsidR="00F51DD1" w:rsidRPr="00BE6943">
        <w:rPr>
          <w:rFonts w:ascii="Book Antiqua" w:hAnsi="Book Antiqua"/>
          <w:b/>
          <w:sz w:val="36"/>
          <w:szCs w:val="24"/>
        </w:rPr>
        <w:t>é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categorías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de personas</w:t>
      </w:r>
      <w:r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alcanzan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principalmente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nuestras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obras</w:t>
      </w:r>
      <w:proofErr w:type="spellEnd"/>
      <w:r w:rsidRPr="00BE6943">
        <w:rPr>
          <w:rFonts w:ascii="Book Antiqua" w:hAnsi="Book Antiqua"/>
          <w:b/>
          <w:sz w:val="36"/>
          <w:szCs w:val="24"/>
        </w:rPr>
        <w:t>?</w:t>
      </w:r>
    </w:p>
    <w:p w14:paraId="3445B408" w14:textId="77777777" w:rsidR="00F51DD1" w:rsidRPr="00BE6943" w:rsidRDefault="00F51DD1" w:rsidP="00F51DD1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</w:p>
    <w:p w14:paraId="509E3BDE" w14:textId="311FE5C2" w:rsidR="00F262CE" w:rsidRPr="00BE6943" w:rsidRDefault="00634E6F" w:rsidP="00F51DD1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13. </w:t>
      </w:r>
      <w:r w:rsidR="00F51DD1" w:rsidRPr="00BE6943">
        <w:rPr>
          <w:rFonts w:ascii="Book Antiqua" w:hAnsi="Book Antiqua"/>
          <w:b/>
          <w:sz w:val="36"/>
          <w:szCs w:val="24"/>
        </w:rPr>
        <w:t>¿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Qué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nuevas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formas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de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pobreza</w:t>
      </w:r>
      <w:proofErr w:type="spellEnd"/>
      <w:r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habéis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encontrado</w:t>
      </w:r>
      <w:proofErr w:type="spellEnd"/>
      <w:r w:rsidRPr="00BE6943">
        <w:rPr>
          <w:rFonts w:ascii="Book Antiqua" w:hAnsi="Book Antiqua"/>
          <w:b/>
          <w:sz w:val="36"/>
          <w:szCs w:val="24"/>
        </w:rPr>
        <w:t>?</w:t>
      </w:r>
    </w:p>
    <w:p w14:paraId="616B902F" w14:textId="70DA9390" w:rsidR="00F262CE" w:rsidRPr="00BE6943" w:rsidRDefault="00634E6F" w:rsidP="00716FD6">
      <w:pPr>
        <w:spacing w:after="0" w:line="240" w:lineRule="auto"/>
        <w:ind w:left="216"/>
        <w:rPr>
          <w:rFonts w:ascii="Book Antiqua" w:hAnsi="Book Antiqua"/>
          <w:sz w:val="36"/>
          <w:szCs w:val="24"/>
        </w:rPr>
      </w:pPr>
      <w:proofErr w:type="gramStart"/>
      <w:r w:rsidRPr="00BE6943">
        <w:rPr>
          <w:rFonts w:ascii="Segoe UI Symbol" w:hAnsi="Segoe UI Symbol" w:cs="Segoe UI Symbol"/>
          <w:sz w:val="36"/>
          <w:szCs w:val="24"/>
        </w:rPr>
        <w:t>☐</w:t>
      </w:r>
      <w:r w:rsidR="00F51DD1" w:rsidRPr="00BE6943">
        <w:rPr>
          <w:rFonts w:ascii="Book Antiqua" w:hAnsi="Book Antiqua"/>
          <w:sz w:val="36"/>
          <w:szCs w:val="24"/>
        </w:rPr>
        <w:t xml:space="preserve">  </w:t>
      </w:r>
      <w:proofErr w:type="spellStart"/>
      <w:r w:rsidR="00F51DD1" w:rsidRPr="00BE6943">
        <w:rPr>
          <w:rFonts w:ascii="Book Antiqua" w:hAnsi="Book Antiqua"/>
          <w:sz w:val="36"/>
          <w:szCs w:val="24"/>
        </w:rPr>
        <w:t>Pobreza</w:t>
      </w:r>
      <w:proofErr w:type="spellEnd"/>
      <w:proofErr w:type="gramEnd"/>
      <w:r w:rsidRPr="00BE6943">
        <w:rPr>
          <w:rFonts w:ascii="Book Antiqua" w:hAnsi="Book Antiqua"/>
          <w:sz w:val="36"/>
          <w:szCs w:val="24"/>
        </w:rPr>
        <w:t xml:space="preserve"> </w:t>
      </w:r>
      <w:proofErr w:type="spellStart"/>
      <w:r w:rsidRPr="00BE6943">
        <w:rPr>
          <w:rFonts w:ascii="Book Antiqua" w:hAnsi="Book Antiqua"/>
          <w:sz w:val="36"/>
          <w:szCs w:val="24"/>
        </w:rPr>
        <w:t>educativa</w:t>
      </w:r>
      <w:proofErr w:type="spellEnd"/>
    </w:p>
    <w:p w14:paraId="7687416C" w14:textId="2F276CC8" w:rsidR="00F262CE" w:rsidRPr="00BE6943" w:rsidRDefault="00634E6F" w:rsidP="00716FD6">
      <w:pPr>
        <w:spacing w:after="0" w:line="240" w:lineRule="auto"/>
        <w:ind w:left="216"/>
        <w:rPr>
          <w:rFonts w:ascii="Book Antiqua" w:hAnsi="Book Antiqua"/>
          <w:sz w:val="36"/>
          <w:szCs w:val="24"/>
        </w:rPr>
      </w:pPr>
      <w:proofErr w:type="gramStart"/>
      <w:r w:rsidRPr="00BE6943">
        <w:rPr>
          <w:rFonts w:ascii="Segoe UI Symbol" w:hAnsi="Segoe UI Symbol" w:cs="Segoe UI Symbol"/>
          <w:sz w:val="36"/>
          <w:szCs w:val="24"/>
        </w:rPr>
        <w:t>☐</w:t>
      </w:r>
      <w:r w:rsidR="00F51DD1" w:rsidRPr="00BE6943">
        <w:rPr>
          <w:rFonts w:ascii="Book Antiqua" w:hAnsi="Book Antiqua"/>
          <w:sz w:val="36"/>
          <w:szCs w:val="24"/>
        </w:rPr>
        <w:t xml:space="preserve">  </w:t>
      </w:r>
      <w:proofErr w:type="spellStart"/>
      <w:r w:rsidR="00F51DD1" w:rsidRPr="00BE6943">
        <w:rPr>
          <w:rFonts w:ascii="Book Antiqua" w:hAnsi="Book Antiqua"/>
          <w:sz w:val="36"/>
          <w:szCs w:val="24"/>
        </w:rPr>
        <w:t>Fragilidad</w:t>
      </w:r>
      <w:proofErr w:type="spellEnd"/>
      <w:proofErr w:type="gramEnd"/>
      <w:r w:rsidR="00F51DD1" w:rsidRPr="00BE6943">
        <w:rPr>
          <w:rFonts w:ascii="Book Antiqua" w:hAnsi="Book Antiqua"/>
          <w:sz w:val="36"/>
          <w:szCs w:val="24"/>
        </w:rPr>
        <w:t xml:space="preserve"> familiar</w:t>
      </w:r>
    </w:p>
    <w:p w14:paraId="3DE5D115" w14:textId="5609BFB6" w:rsidR="00F262CE" w:rsidRPr="00BE6943" w:rsidRDefault="00634E6F" w:rsidP="00716FD6">
      <w:pPr>
        <w:spacing w:after="0" w:line="240" w:lineRule="auto"/>
        <w:ind w:left="216"/>
        <w:rPr>
          <w:rFonts w:ascii="Book Antiqua" w:hAnsi="Book Antiqua"/>
          <w:sz w:val="36"/>
          <w:szCs w:val="24"/>
        </w:rPr>
      </w:pPr>
      <w:proofErr w:type="gramStart"/>
      <w:r w:rsidRPr="00BE6943">
        <w:rPr>
          <w:rFonts w:ascii="Segoe UI Symbol" w:hAnsi="Segoe UI Symbol" w:cs="Segoe UI Symbol"/>
          <w:sz w:val="36"/>
          <w:szCs w:val="24"/>
        </w:rPr>
        <w:t>☐</w:t>
      </w:r>
      <w:r w:rsidR="00F51DD1" w:rsidRPr="00BE6943">
        <w:rPr>
          <w:rFonts w:ascii="Book Antiqua" w:hAnsi="Book Antiqua"/>
          <w:sz w:val="36"/>
          <w:szCs w:val="24"/>
        </w:rPr>
        <w:t xml:space="preserve">  </w:t>
      </w:r>
      <w:proofErr w:type="spellStart"/>
      <w:r w:rsidR="00F51DD1" w:rsidRPr="00BE6943">
        <w:rPr>
          <w:rFonts w:ascii="Book Antiqua" w:hAnsi="Book Antiqua"/>
          <w:sz w:val="36"/>
          <w:szCs w:val="24"/>
        </w:rPr>
        <w:t>Dificultades</w:t>
      </w:r>
      <w:proofErr w:type="spellEnd"/>
      <w:proofErr w:type="gramEnd"/>
      <w:r w:rsidR="00F51DD1" w:rsidRPr="00BE6943">
        <w:rPr>
          <w:rFonts w:ascii="Book Antiqua" w:hAnsi="Book Antiqua"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sz w:val="36"/>
          <w:szCs w:val="24"/>
        </w:rPr>
        <w:t>psicológicas</w:t>
      </w:r>
      <w:proofErr w:type="spellEnd"/>
      <w:r w:rsidR="00F51DD1" w:rsidRPr="00BE6943">
        <w:rPr>
          <w:rFonts w:ascii="Book Antiqua" w:hAnsi="Book Antiqua"/>
          <w:sz w:val="36"/>
          <w:szCs w:val="24"/>
        </w:rPr>
        <w:t xml:space="preserve"> / </w:t>
      </w:r>
      <w:proofErr w:type="spellStart"/>
      <w:r w:rsidR="00F51DD1" w:rsidRPr="00BE6943">
        <w:rPr>
          <w:rFonts w:ascii="Book Antiqua" w:hAnsi="Book Antiqua"/>
          <w:sz w:val="36"/>
          <w:szCs w:val="24"/>
        </w:rPr>
        <w:t>malestar</w:t>
      </w:r>
      <w:proofErr w:type="spellEnd"/>
      <w:r w:rsidR="00F51DD1" w:rsidRPr="00BE6943">
        <w:rPr>
          <w:rFonts w:ascii="Book Antiqua" w:hAnsi="Book Antiqua"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sz w:val="36"/>
          <w:szCs w:val="24"/>
        </w:rPr>
        <w:t>psicológico</w:t>
      </w:r>
      <w:proofErr w:type="spellEnd"/>
    </w:p>
    <w:p w14:paraId="3492EE6B" w14:textId="73AB371D" w:rsidR="00F262CE" w:rsidRPr="00BE6943" w:rsidRDefault="00634E6F" w:rsidP="00716FD6">
      <w:pPr>
        <w:spacing w:after="0" w:line="240" w:lineRule="auto"/>
        <w:ind w:left="216"/>
        <w:rPr>
          <w:rFonts w:ascii="Book Antiqua" w:hAnsi="Book Antiqua"/>
          <w:sz w:val="36"/>
          <w:szCs w:val="24"/>
        </w:rPr>
      </w:pPr>
      <w:proofErr w:type="gramStart"/>
      <w:r w:rsidRPr="00BE6943">
        <w:rPr>
          <w:rFonts w:ascii="Segoe UI Symbol" w:hAnsi="Segoe UI Symbol" w:cs="Segoe UI Symbol"/>
          <w:sz w:val="36"/>
          <w:szCs w:val="24"/>
        </w:rPr>
        <w:t>☐</w:t>
      </w:r>
      <w:r w:rsidR="00F51DD1" w:rsidRPr="00BE6943">
        <w:rPr>
          <w:rFonts w:ascii="Book Antiqua" w:hAnsi="Book Antiqua"/>
          <w:sz w:val="36"/>
          <w:szCs w:val="24"/>
        </w:rPr>
        <w:t xml:space="preserve">  </w:t>
      </w:r>
      <w:proofErr w:type="spellStart"/>
      <w:r w:rsidR="00F51DD1" w:rsidRPr="00BE6943">
        <w:rPr>
          <w:rFonts w:ascii="Book Antiqua" w:hAnsi="Book Antiqua"/>
          <w:sz w:val="36"/>
          <w:szCs w:val="24"/>
        </w:rPr>
        <w:t>Dependencias</w:t>
      </w:r>
      <w:proofErr w:type="spellEnd"/>
      <w:proofErr w:type="gramEnd"/>
      <w:r w:rsidR="00F51DD1" w:rsidRPr="00BE6943">
        <w:rPr>
          <w:rFonts w:ascii="Book Antiqua" w:hAnsi="Book Antiqua"/>
          <w:sz w:val="36"/>
          <w:szCs w:val="24"/>
        </w:rPr>
        <w:t xml:space="preserve"> / </w:t>
      </w:r>
      <w:proofErr w:type="spellStart"/>
      <w:r w:rsidR="00F51DD1" w:rsidRPr="00BE6943">
        <w:rPr>
          <w:rFonts w:ascii="Book Antiqua" w:hAnsi="Book Antiqua"/>
          <w:sz w:val="36"/>
          <w:szCs w:val="24"/>
        </w:rPr>
        <w:t>Adicciones</w:t>
      </w:r>
      <w:proofErr w:type="spellEnd"/>
    </w:p>
    <w:p w14:paraId="03D145E8" w14:textId="2AFBBA3C" w:rsidR="00F262CE" w:rsidRPr="00BE6943" w:rsidRDefault="00634E6F" w:rsidP="00716FD6">
      <w:pPr>
        <w:spacing w:after="0" w:line="240" w:lineRule="auto"/>
        <w:ind w:left="216"/>
        <w:rPr>
          <w:rFonts w:ascii="Book Antiqua" w:hAnsi="Book Antiqua"/>
          <w:sz w:val="36"/>
          <w:szCs w:val="24"/>
        </w:rPr>
      </w:pPr>
      <w:proofErr w:type="gramStart"/>
      <w:r w:rsidRPr="00BE6943">
        <w:rPr>
          <w:rFonts w:ascii="Segoe UI Symbol" w:hAnsi="Segoe UI Symbol" w:cs="Segoe UI Symbol"/>
          <w:sz w:val="36"/>
          <w:szCs w:val="24"/>
        </w:rPr>
        <w:t>☐</w:t>
      </w:r>
      <w:r w:rsidR="00F51DD1" w:rsidRPr="00BE6943">
        <w:rPr>
          <w:rFonts w:ascii="Book Antiqua" w:hAnsi="Book Antiqua"/>
          <w:sz w:val="36"/>
          <w:szCs w:val="24"/>
        </w:rPr>
        <w:t xml:space="preserve">  </w:t>
      </w:r>
      <w:proofErr w:type="spellStart"/>
      <w:r w:rsidR="00F51DD1" w:rsidRPr="00BE6943">
        <w:rPr>
          <w:rFonts w:ascii="Book Antiqua" w:hAnsi="Book Antiqua"/>
          <w:sz w:val="36"/>
          <w:szCs w:val="24"/>
        </w:rPr>
        <w:t>Migración</w:t>
      </w:r>
      <w:proofErr w:type="spellEnd"/>
      <w:proofErr w:type="gramEnd"/>
    </w:p>
    <w:p w14:paraId="0E739041" w14:textId="721D5039" w:rsidR="00F262CE" w:rsidRPr="00BE6943" w:rsidRDefault="00634E6F" w:rsidP="00716FD6">
      <w:pPr>
        <w:spacing w:after="0" w:line="240" w:lineRule="auto"/>
        <w:ind w:left="216"/>
        <w:rPr>
          <w:rFonts w:ascii="Book Antiqua" w:hAnsi="Book Antiqua"/>
          <w:sz w:val="36"/>
          <w:szCs w:val="24"/>
        </w:rPr>
      </w:pPr>
      <w:proofErr w:type="gramStart"/>
      <w:r w:rsidRPr="00BE6943">
        <w:rPr>
          <w:rFonts w:ascii="Segoe UI Symbol" w:hAnsi="Segoe UI Symbol" w:cs="Segoe UI Symbol"/>
          <w:sz w:val="36"/>
          <w:szCs w:val="24"/>
        </w:rPr>
        <w:t>☐</w:t>
      </w:r>
      <w:r w:rsidR="00F51DD1" w:rsidRPr="00BE6943">
        <w:rPr>
          <w:rFonts w:ascii="Book Antiqua" w:hAnsi="Book Antiqua"/>
          <w:sz w:val="36"/>
          <w:szCs w:val="24"/>
        </w:rPr>
        <w:t xml:space="preserve">  </w:t>
      </w:r>
      <w:proofErr w:type="spellStart"/>
      <w:r w:rsidR="00F51DD1" w:rsidRPr="00BE6943">
        <w:rPr>
          <w:rFonts w:ascii="Book Antiqua" w:hAnsi="Book Antiqua"/>
          <w:sz w:val="36"/>
          <w:szCs w:val="24"/>
        </w:rPr>
        <w:t>Desempleo</w:t>
      </w:r>
      <w:proofErr w:type="spellEnd"/>
      <w:proofErr w:type="gramEnd"/>
      <w:r w:rsidR="00F51DD1" w:rsidRPr="00BE6943">
        <w:rPr>
          <w:rFonts w:ascii="Book Antiqua" w:hAnsi="Book Antiqua"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sz w:val="36"/>
          <w:szCs w:val="24"/>
        </w:rPr>
        <w:t>juvenil</w:t>
      </w:r>
      <w:proofErr w:type="spellEnd"/>
    </w:p>
    <w:p w14:paraId="45B7617C" w14:textId="50BFACA3" w:rsidR="00716FD6" w:rsidRPr="00BE6943" w:rsidRDefault="00634E6F" w:rsidP="00716FD6">
      <w:pPr>
        <w:spacing w:after="0" w:line="240" w:lineRule="auto"/>
        <w:ind w:left="216"/>
        <w:rPr>
          <w:rFonts w:ascii="Book Antiqua" w:hAnsi="Book Antiqua"/>
          <w:sz w:val="36"/>
          <w:szCs w:val="24"/>
        </w:rPr>
      </w:pPr>
      <w:proofErr w:type="gramStart"/>
      <w:r w:rsidRPr="00BE6943">
        <w:rPr>
          <w:rFonts w:ascii="Segoe UI Symbol" w:hAnsi="Segoe UI Symbol" w:cs="Segoe UI Symbol"/>
          <w:sz w:val="36"/>
          <w:szCs w:val="24"/>
        </w:rPr>
        <w:t>☐</w:t>
      </w:r>
      <w:r w:rsidR="00F51DD1" w:rsidRPr="00BE6943">
        <w:rPr>
          <w:rFonts w:ascii="Book Antiqua" w:hAnsi="Book Antiqua"/>
          <w:sz w:val="36"/>
          <w:szCs w:val="24"/>
        </w:rPr>
        <w:t xml:space="preserve">  Soledad</w:t>
      </w:r>
      <w:proofErr w:type="gramEnd"/>
    </w:p>
    <w:p w14:paraId="60C18442" w14:textId="37966E0F" w:rsidR="00F262CE" w:rsidRPr="00BE6943" w:rsidRDefault="00634E6F" w:rsidP="00716FD6">
      <w:pPr>
        <w:spacing w:after="0" w:line="240" w:lineRule="auto"/>
        <w:ind w:left="216"/>
        <w:rPr>
          <w:rFonts w:ascii="Book Antiqua" w:hAnsi="Book Antiqua"/>
          <w:sz w:val="36"/>
          <w:szCs w:val="24"/>
        </w:rPr>
      </w:pPr>
      <w:proofErr w:type="gramStart"/>
      <w:r w:rsidRPr="00BE6943">
        <w:rPr>
          <w:rFonts w:ascii="Segoe UI Symbol" w:hAnsi="Segoe UI Symbol" w:cs="Segoe UI Symbol"/>
          <w:sz w:val="36"/>
          <w:szCs w:val="24"/>
        </w:rPr>
        <w:t>☐</w:t>
      </w:r>
      <w:r w:rsidR="00F51DD1" w:rsidRPr="00BE6943">
        <w:rPr>
          <w:rFonts w:ascii="Book Antiqua" w:hAnsi="Book Antiqua"/>
          <w:sz w:val="36"/>
          <w:szCs w:val="24"/>
        </w:rPr>
        <w:t xml:space="preserve">  </w:t>
      </w:r>
      <w:proofErr w:type="spellStart"/>
      <w:r w:rsidR="00F51DD1" w:rsidRPr="00BE6943">
        <w:rPr>
          <w:rFonts w:ascii="Book Antiqua" w:hAnsi="Book Antiqua"/>
          <w:sz w:val="36"/>
          <w:szCs w:val="24"/>
        </w:rPr>
        <w:t>Exclusión</w:t>
      </w:r>
      <w:proofErr w:type="spellEnd"/>
      <w:proofErr w:type="gramEnd"/>
      <w:r w:rsidR="00F51DD1" w:rsidRPr="00BE6943">
        <w:rPr>
          <w:rFonts w:ascii="Book Antiqua" w:hAnsi="Book Antiqua"/>
          <w:sz w:val="36"/>
          <w:szCs w:val="24"/>
        </w:rPr>
        <w:t xml:space="preserve"> social</w:t>
      </w:r>
    </w:p>
    <w:p w14:paraId="7AFBCBAA" w14:textId="40ABF6B9" w:rsidR="00F262CE" w:rsidRPr="00BE6943" w:rsidRDefault="00634E6F" w:rsidP="00716FD6">
      <w:pPr>
        <w:spacing w:after="0" w:line="240" w:lineRule="auto"/>
        <w:ind w:left="216"/>
        <w:rPr>
          <w:rFonts w:ascii="Book Antiqua" w:hAnsi="Book Antiqua"/>
          <w:sz w:val="36"/>
          <w:szCs w:val="24"/>
        </w:rPr>
      </w:pPr>
      <w:proofErr w:type="gramStart"/>
      <w:r w:rsidRPr="00BE6943">
        <w:rPr>
          <w:rFonts w:ascii="Segoe UI Symbol" w:hAnsi="Segoe UI Symbol" w:cs="Segoe UI Symbol"/>
          <w:sz w:val="36"/>
          <w:szCs w:val="24"/>
        </w:rPr>
        <w:t>☐</w:t>
      </w:r>
      <w:r w:rsidR="00F51DD1" w:rsidRPr="00BE6943">
        <w:rPr>
          <w:rFonts w:ascii="Book Antiqua" w:hAnsi="Book Antiqua"/>
          <w:sz w:val="36"/>
          <w:szCs w:val="24"/>
        </w:rPr>
        <w:t xml:space="preserve">  </w:t>
      </w:r>
      <w:proofErr w:type="spellStart"/>
      <w:r w:rsidR="00F51DD1" w:rsidRPr="00BE6943">
        <w:rPr>
          <w:rFonts w:ascii="Book Antiqua" w:hAnsi="Book Antiqua"/>
          <w:sz w:val="36"/>
          <w:szCs w:val="24"/>
        </w:rPr>
        <w:t>O</w:t>
      </w:r>
      <w:r w:rsidRPr="00BE6943">
        <w:rPr>
          <w:rFonts w:ascii="Book Antiqua" w:hAnsi="Book Antiqua"/>
          <w:sz w:val="36"/>
          <w:szCs w:val="24"/>
        </w:rPr>
        <w:t>tro</w:t>
      </w:r>
      <w:proofErr w:type="spellEnd"/>
      <w:proofErr w:type="gramEnd"/>
      <w:r w:rsidRPr="00BE6943">
        <w:rPr>
          <w:rFonts w:ascii="Book Antiqua" w:hAnsi="Book Antiqua"/>
          <w:sz w:val="36"/>
          <w:szCs w:val="24"/>
        </w:rPr>
        <w:t>: ______________________________</w:t>
      </w:r>
    </w:p>
    <w:p w14:paraId="23B5021A" w14:textId="77777777" w:rsidR="00F51DD1" w:rsidRPr="00BE6943" w:rsidRDefault="00F51DD1" w:rsidP="00F51DD1">
      <w:pPr>
        <w:spacing w:after="0" w:line="240" w:lineRule="auto"/>
        <w:jc w:val="both"/>
        <w:rPr>
          <w:rFonts w:ascii="Book Antiqua" w:hAnsi="Book Antiqua"/>
          <w:sz w:val="18"/>
          <w:szCs w:val="24"/>
        </w:rPr>
      </w:pPr>
    </w:p>
    <w:p w14:paraId="074E20FB" w14:textId="4EE002DE" w:rsidR="00F262CE" w:rsidRPr="00BE6943" w:rsidRDefault="00634E6F" w:rsidP="00F51DD1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14. </w:t>
      </w:r>
      <w:r w:rsidR="00F51DD1" w:rsidRPr="00BE6943">
        <w:rPr>
          <w:rFonts w:ascii="Book Antiqua" w:hAnsi="Book Antiqua"/>
          <w:b/>
          <w:sz w:val="36"/>
          <w:szCs w:val="24"/>
        </w:rPr>
        <w:t>¿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Qué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respuestas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pastorales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y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educativas</w:t>
      </w:r>
      <w:proofErr w:type="spellEnd"/>
      <w:r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habéis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desarro</w:t>
      </w:r>
      <w:r w:rsidR="00BE6943">
        <w:rPr>
          <w:rFonts w:ascii="Book Antiqua" w:hAnsi="Book Antiqua"/>
          <w:b/>
          <w:sz w:val="36"/>
          <w:szCs w:val="24"/>
        </w:rPr>
        <w:t>-</w:t>
      </w:r>
      <w:r w:rsidR="00F51DD1" w:rsidRPr="00BE6943">
        <w:rPr>
          <w:rFonts w:ascii="Book Antiqua" w:hAnsi="Book Antiqua"/>
          <w:b/>
          <w:sz w:val="36"/>
          <w:szCs w:val="24"/>
        </w:rPr>
        <w:t>llado</w:t>
      </w:r>
      <w:proofErr w:type="spellEnd"/>
      <w:r w:rsidRPr="00BE6943">
        <w:rPr>
          <w:rFonts w:ascii="Book Antiqua" w:hAnsi="Book Antiqua"/>
          <w:b/>
          <w:sz w:val="36"/>
          <w:szCs w:val="24"/>
        </w:rPr>
        <w:t>?</w:t>
      </w:r>
    </w:p>
    <w:p w14:paraId="470B9AD6" w14:textId="35EBE97C" w:rsidR="00F51DD1" w:rsidRPr="00BE6943" w:rsidRDefault="00F51DD1" w:rsidP="00F51DD1">
      <w:pPr>
        <w:spacing w:after="0" w:line="240" w:lineRule="auto"/>
        <w:jc w:val="both"/>
        <w:rPr>
          <w:rFonts w:ascii="Book Antiqua" w:hAnsi="Book Antiqua"/>
          <w:b/>
          <w:sz w:val="36"/>
          <w:szCs w:val="24"/>
        </w:rPr>
      </w:pPr>
    </w:p>
    <w:p w14:paraId="366913BD" w14:textId="77777777" w:rsidR="009774FA" w:rsidRPr="00BE6943" w:rsidRDefault="009774FA" w:rsidP="00F51DD1">
      <w:pPr>
        <w:spacing w:after="0" w:line="240" w:lineRule="auto"/>
        <w:jc w:val="both"/>
        <w:rPr>
          <w:rFonts w:ascii="Book Antiqua" w:hAnsi="Book Antiqua"/>
          <w:b/>
          <w:sz w:val="36"/>
          <w:szCs w:val="24"/>
        </w:rPr>
      </w:pPr>
    </w:p>
    <w:p w14:paraId="1B45A8B3" w14:textId="77777777" w:rsidR="009774FA" w:rsidRPr="00BE6943" w:rsidRDefault="009774FA" w:rsidP="00F51DD1">
      <w:pPr>
        <w:spacing w:after="0" w:line="240" w:lineRule="auto"/>
        <w:jc w:val="both"/>
        <w:rPr>
          <w:rFonts w:ascii="Book Antiqua" w:hAnsi="Book Antiqua"/>
          <w:b/>
          <w:sz w:val="36"/>
          <w:szCs w:val="24"/>
        </w:rPr>
      </w:pPr>
    </w:p>
    <w:p w14:paraId="00A9D423" w14:textId="7DE37D2A" w:rsidR="00F262CE" w:rsidRPr="00BE6943" w:rsidRDefault="00634E6F" w:rsidP="00F51DD1">
      <w:pPr>
        <w:spacing w:after="0" w:line="240" w:lineRule="auto"/>
        <w:jc w:val="both"/>
        <w:rPr>
          <w:rFonts w:ascii="Book Antiqua" w:hAnsi="Book Antiqua"/>
          <w:b/>
          <w:sz w:val="36"/>
          <w:szCs w:val="24"/>
        </w:rPr>
      </w:pPr>
      <w:r w:rsidRPr="00BE6943">
        <w:rPr>
          <w:rFonts w:ascii="Book Antiqua" w:hAnsi="Book Antiqua"/>
          <w:b/>
          <w:sz w:val="36"/>
          <w:szCs w:val="24"/>
        </w:rPr>
        <w:t xml:space="preserve">15. </w:t>
      </w:r>
      <w:r w:rsidR="00F51DD1" w:rsidRPr="00BE6943">
        <w:rPr>
          <w:rFonts w:ascii="Book Antiqua" w:hAnsi="Book Antiqua"/>
          <w:b/>
          <w:sz w:val="36"/>
          <w:szCs w:val="24"/>
        </w:rPr>
        <w:t>¿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Qué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necesidades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siguen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sin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recibir</w:t>
      </w:r>
      <w:proofErr w:type="spellEnd"/>
      <w:r w:rsidR="00F51DD1" w:rsidRPr="00BE6943">
        <w:rPr>
          <w:rFonts w:ascii="Book Antiqua" w:hAnsi="Book Antiqua"/>
          <w:b/>
          <w:sz w:val="36"/>
          <w:szCs w:val="24"/>
        </w:rPr>
        <w:t xml:space="preserve"> </w:t>
      </w:r>
      <w:proofErr w:type="spellStart"/>
      <w:r w:rsidR="00F51DD1" w:rsidRPr="00BE6943">
        <w:rPr>
          <w:rFonts w:ascii="Book Antiqua" w:hAnsi="Book Antiqua"/>
          <w:b/>
          <w:sz w:val="36"/>
          <w:szCs w:val="24"/>
        </w:rPr>
        <w:t>respuesta</w:t>
      </w:r>
      <w:proofErr w:type="spellEnd"/>
      <w:r w:rsidRPr="00BE6943">
        <w:rPr>
          <w:rFonts w:ascii="Book Antiqua" w:hAnsi="Book Antiqua"/>
          <w:b/>
          <w:sz w:val="36"/>
          <w:szCs w:val="24"/>
        </w:rPr>
        <w:t>?</w:t>
      </w:r>
    </w:p>
    <w:p w14:paraId="5532B26B" w14:textId="277FCF61" w:rsidR="00F51DD1" w:rsidRPr="00BE6943" w:rsidRDefault="00F51DD1" w:rsidP="00F51DD1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</w:p>
    <w:p w14:paraId="6D4384EB" w14:textId="77777777" w:rsidR="00D01B4B" w:rsidRPr="00BE6943" w:rsidRDefault="00D01B4B" w:rsidP="00F51DD1">
      <w:pPr>
        <w:spacing w:after="0" w:line="240" w:lineRule="auto"/>
        <w:jc w:val="both"/>
        <w:rPr>
          <w:rFonts w:ascii="Book Antiqua" w:hAnsi="Book Antiqua"/>
          <w:sz w:val="36"/>
          <w:szCs w:val="24"/>
        </w:rPr>
      </w:pPr>
    </w:p>
    <w:p w14:paraId="283818D8" w14:textId="77777777" w:rsidR="00716FD6" w:rsidRPr="008855FB" w:rsidRDefault="00716FD6" w:rsidP="00716FD6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0E3BE602" w14:textId="2C6C42D0" w:rsidR="00F262CE" w:rsidRPr="00D01B4B" w:rsidRDefault="00D01B4B" w:rsidP="00D01B4B">
      <w:pPr>
        <w:pBdr>
          <w:bottom w:val="single" w:sz="14" w:space="1" w:color="B58A3B"/>
        </w:pBd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b/>
          <w:color w:val="123B5D"/>
          <w:sz w:val="36"/>
          <w:szCs w:val="36"/>
        </w:rPr>
        <w:t>SECCIÓN IV: PASTORAL Y</w:t>
      </w:r>
      <w:r w:rsidR="00634E6F" w:rsidRPr="00D01B4B">
        <w:rPr>
          <w:rFonts w:ascii="Book Antiqua" w:hAnsi="Book Antiqua"/>
          <w:b/>
          <w:color w:val="123B5D"/>
          <w:sz w:val="36"/>
          <w:szCs w:val="36"/>
        </w:rPr>
        <w:t xml:space="preserve"> EVANGELIZA</w:t>
      </w:r>
      <w:r>
        <w:rPr>
          <w:rFonts w:ascii="Book Antiqua" w:hAnsi="Book Antiqua"/>
          <w:b/>
          <w:color w:val="123B5D"/>
          <w:sz w:val="36"/>
          <w:szCs w:val="36"/>
        </w:rPr>
        <w:t>C</w:t>
      </w:r>
      <w:r w:rsidR="00634E6F" w:rsidRPr="00D01B4B">
        <w:rPr>
          <w:rFonts w:ascii="Book Antiqua" w:hAnsi="Book Antiqua"/>
          <w:b/>
          <w:color w:val="123B5D"/>
          <w:sz w:val="36"/>
          <w:szCs w:val="36"/>
        </w:rPr>
        <w:t>I</w:t>
      </w:r>
      <w:r>
        <w:rPr>
          <w:rFonts w:ascii="Book Antiqua" w:hAnsi="Book Antiqua"/>
          <w:b/>
          <w:color w:val="123B5D"/>
          <w:sz w:val="36"/>
          <w:szCs w:val="36"/>
        </w:rPr>
        <w:t>ÓN</w:t>
      </w:r>
    </w:p>
    <w:p w14:paraId="162E7D29" w14:textId="77777777" w:rsidR="00716FD6" w:rsidRPr="00D01B4B" w:rsidRDefault="00716FD6" w:rsidP="00D01B4B">
      <w:pPr>
        <w:spacing w:after="0" w:line="240" w:lineRule="auto"/>
        <w:jc w:val="both"/>
        <w:rPr>
          <w:rFonts w:ascii="Book Antiqua" w:hAnsi="Book Antiqua"/>
          <w:b/>
          <w:color w:val="B58A3B"/>
          <w:sz w:val="36"/>
          <w:szCs w:val="36"/>
        </w:rPr>
      </w:pPr>
    </w:p>
    <w:p w14:paraId="2AF3A369" w14:textId="66B16ADE" w:rsidR="00F262CE" w:rsidRDefault="00D01B4B" w:rsidP="00D01B4B">
      <w:pPr>
        <w:spacing w:after="0" w:line="240" w:lineRule="auto"/>
        <w:jc w:val="both"/>
        <w:rPr>
          <w:rFonts w:ascii="Book Antiqua" w:hAnsi="Book Antiqua"/>
          <w:b/>
          <w:color w:val="B58A3B"/>
          <w:sz w:val="36"/>
          <w:szCs w:val="36"/>
        </w:rPr>
      </w:pPr>
      <w:r>
        <w:rPr>
          <w:rFonts w:ascii="Book Antiqua" w:hAnsi="Book Antiqua"/>
          <w:b/>
          <w:color w:val="B58A3B"/>
          <w:sz w:val="36"/>
          <w:szCs w:val="36"/>
        </w:rPr>
        <w:t xml:space="preserve">6. </w:t>
      </w:r>
      <w:proofErr w:type="spellStart"/>
      <w:r>
        <w:rPr>
          <w:rFonts w:ascii="Book Antiqua" w:hAnsi="Book Antiqua"/>
          <w:b/>
          <w:color w:val="B58A3B"/>
          <w:sz w:val="36"/>
          <w:szCs w:val="36"/>
        </w:rPr>
        <w:t>Anuncio</w:t>
      </w:r>
      <w:proofErr w:type="spellEnd"/>
      <w:r>
        <w:rPr>
          <w:rFonts w:ascii="Book Antiqua" w:hAnsi="Book Antiqua"/>
          <w:b/>
          <w:color w:val="B58A3B"/>
          <w:sz w:val="36"/>
          <w:szCs w:val="36"/>
        </w:rPr>
        <w:t xml:space="preserve"> </w:t>
      </w:r>
      <w:proofErr w:type="gramStart"/>
      <w:r>
        <w:rPr>
          <w:rFonts w:ascii="Book Antiqua" w:hAnsi="Book Antiqua"/>
          <w:b/>
          <w:color w:val="B58A3B"/>
          <w:sz w:val="36"/>
          <w:szCs w:val="36"/>
        </w:rPr>
        <w:t>del</w:t>
      </w:r>
      <w:proofErr w:type="gramEnd"/>
      <w:r>
        <w:rPr>
          <w:rFonts w:ascii="Book Antiqua" w:hAnsi="Book Antiqua"/>
          <w:b/>
          <w:color w:val="B58A3B"/>
          <w:sz w:val="36"/>
          <w:szCs w:val="36"/>
        </w:rPr>
        <w:t xml:space="preserve"> </w:t>
      </w:r>
      <w:proofErr w:type="spellStart"/>
      <w:r>
        <w:rPr>
          <w:rFonts w:ascii="Book Antiqua" w:hAnsi="Book Antiqua"/>
          <w:b/>
          <w:color w:val="B58A3B"/>
          <w:sz w:val="36"/>
          <w:szCs w:val="36"/>
        </w:rPr>
        <w:t>Ev</w:t>
      </w:r>
      <w:r w:rsidR="00634E6F" w:rsidRPr="00D01B4B">
        <w:rPr>
          <w:rFonts w:ascii="Book Antiqua" w:hAnsi="Book Antiqua"/>
          <w:b/>
          <w:color w:val="B58A3B"/>
          <w:sz w:val="36"/>
          <w:szCs w:val="36"/>
        </w:rPr>
        <w:t>angel</w:t>
      </w:r>
      <w:r>
        <w:rPr>
          <w:rFonts w:ascii="Book Antiqua" w:hAnsi="Book Antiqua"/>
          <w:b/>
          <w:color w:val="B58A3B"/>
          <w:sz w:val="36"/>
          <w:szCs w:val="36"/>
        </w:rPr>
        <w:t>i</w:t>
      </w:r>
      <w:r w:rsidR="00634E6F" w:rsidRPr="00D01B4B">
        <w:rPr>
          <w:rFonts w:ascii="Book Antiqua" w:hAnsi="Book Antiqua"/>
          <w:b/>
          <w:color w:val="B58A3B"/>
          <w:sz w:val="36"/>
          <w:szCs w:val="36"/>
        </w:rPr>
        <w:t>o</w:t>
      </w:r>
      <w:proofErr w:type="spellEnd"/>
    </w:p>
    <w:p w14:paraId="3F5DC3A1" w14:textId="77777777" w:rsidR="00D01B4B" w:rsidRPr="00D01B4B" w:rsidRDefault="00D01B4B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7DF10FC3" w14:textId="217E899C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16. </w:t>
      </w:r>
      <w:r w:rsidR="00D01B4B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Cómo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se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lleva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a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cabo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la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evangelización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en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las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obras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>?</w:t>
      </w:r>
    </w:p>
    <w:p w14:paraId="49FC2547" w14:textId="77777777" w:rsidR="00D01B4B" w:rsidRPr="00BE6943" w:rsidRDefault="00D01B4B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1638FDF1" w14:textId="03502927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17. </w:t>
      </w:r>
      <w:r w:rsidR="00D01B4B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iniciativas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resultan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más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eficaces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>?</w:t>
      </w:r>
    </w:p>
    <w:p w14:paraId="438F931D" w14:textId="77777777" w:rsidR="00D01B4B" w:rsidRPr="00BE6943" w:rsidRDefault="00D01B4B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1F0CA2B3" w14:textId="193CBFD3" w:rsidR="00F262CE" w:rsidRPr="00BE6943" w:rsidRDefault="00D01B4B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>18. ¿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di</w:t>
      </w:r>
      <w:r w:rsidR="00634E6F" w:rsidRPr="00BE6943">
        <w:rPr>
          <w:rFonts w:ascii="Book Antiqua" w:hAnsi="Book Antiqua"/>
          <w:b/>
          <w:sz w:val="36"/>
          <w:szCs w:val="36"/>
        </w:rPr>
        <w:t>fic</w:t>
      </w:r>
      <w:r w:rsidRPr="00BE6943">
        <w:rPr>
          <w:rFonts w:ascii="Book Antiqua" w:hAnsi="Book Antiqua"/>
          <w:b/>
          <w:sz w:val="36"/>
          <w:szCs w:val="36"/>
        </w:rPr>
        <w:t>ultades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encontráis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en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el 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anuncio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gramStart"/>
      <w:r w:rsidRPr="00BE6943">
        <w:rPr>
          <w:rFonts w:ascii="Book Antiqua" w:hAnsi="Book Antiqua"/>
          <w:b/>
          <w:sz w:val="36"/>
          <w:szCs w:val="36"/>
        </w:rPr>
        <w:t>del</w:t>
      </w:r>
      <w:proofErr w:type="gramEnd"/>
      <w:r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Evangelio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a 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los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jóvenes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>?</w:t>
      </w:r>
    </w:p>
    <w:p w14:paraId="4A97BD38" w14:textId="77777777" w:rsidR="00D01B4B" w:rsidRPr="00BE6943" w:rsidRDefault="00D01B4B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6705A8E1" w14:textId="77777777" w:rsidR="00716FD6" w:rsidRPr="00D01B4B" w:rsidRDefault="00716FD6" w:rsidP="00716FD6">
      <w:pPr>
        <w:spacing w:after="0" w:line="240" w:lineRule="auto"/>
        <w:rPr>
          <w:rFonts w:ascii="Book Antiqua" w:hAnsi="Book Antiqua"/>
          <w:sz w:val="36"/>
          <w:szCs w:val="36"/>
        </w:rPr>
      </w:pPr>
    </w:p>
    <w:p w14:paraId="42CA77E2" w14:textId="3525129A" w:rsidR="00F262CE" w:rsidRPr="00D01B4B" w:rsidRDefault="00BE6943" w:rsidP="00D01B4B">
      <w:pPr>
        <w:pBdr>
          <w:bottom w:val="single" w:sz="14" w:space="1" w:color="B58A3B"/>
        </w:pBd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b/>
          <w:color w:val="123B5D"/>
          <w:sz w:val="36"/>
          <w:szCs w:val="36"/>
        </w:rPr>
        <w:t>SECCIÓN</w:t>
      </w:r>
      <w:r w:rsidR="00D01B4B">
        <w:rPr>
          <w:rFonts w:ascii="Book Antiqua" w:hAnsi="Book Antiqua"/>
          <w:b/>
          <w:color w:val="123B5D"/>
          <w:sz w:val="36"/>
          <w:szCs w:val="36"/>
        </w:rPr>
        <w:t xml:space="preserve"> IV: PASTORAL Y EVANGELIZACIÓN</w:t>
      </w:r>
    </w:p>
    <w:p w14:paraId="50345019" w14:textId="77777777" w:rsidR="00716FD6" w:rsidRPr="00D01B4B" w:rsidRDefault="00716FD6" w:rsidP="00D01B4B">
      <w:pPr>
        <w:spacing w:after="0" w:line="240" w:lineRule="auto"/>
        <w:jc w:val="both"/>
        <w:rPr>
          <w:rFonts w:ascii="Book Antiqua" w:hAnsi="Book Antiqua"/>
          <w:b/>
          <w:color w:val="B58A3B"/>
          <w:sz w:val="24"/>
          <w:szCs w:val="36"/>
        </w:rPr>
      </w:pPr>
    </w:p>
    <w:p w14:paraId="6C65DE2F" w14:textId="7DDD3C3F" w:rsidR="00F262CE" w:rsidRPr="00D01B4B" w:rsidRDefault="00634E6F" w:rsidP="00D01B4B">
      <w:pPr>
        <w:spacing w:after="0" w:line="240" w:lineRule="auto"/>
        <w:jc w:val="both"/>
        <w:rPr>
          <w:rFonts w:ascii="Book Antiqua" w:hAnsi="Book Antiqua"/>
          <w:b/>
          <w:color w:val="B58A3B"/>
          <w:sz w:val="36"/>
          <w:szCs w:val="36"/>
        </w:rPr>
      </w:pPr>
      <w:r w:rsidRPr="00D01B4B">
        <w:rPr>
          <w:rFonts w:ascii="Book Antiqua" w:hAnsi="Book Antiqua"/>
          <w:b/>
          <w:color w:val="B58A3B"/>
          <w:sz w:val="36"/>
          <w:szCs w:val="36"/>
        </w:rPr>
        <w:t>7. Pastora</w:t>
      </w:r>
      <w:r w:rsidR="00D01B4B">
        <w:rPr>
          <w:rFonts w:ascii="Book Antiqua" w:hAnsi="Book Antiqua"/>
          <w:b/>
          <w:color w:val="B58A3B"/>
          <w:sz w:val="36"/>
          <w:szCs w:val="36"/>
        </w:rPr>
        <w:t xml:space="preserve">l </w:t>
      </w:r>
      <w:proofErr w:type="spellStart"/>
      <w:r w:rsidR="00D01B4B">
        <w:rPr>
          <w:rFonts w:ascii="Book Antiqua" w:hAnsi="Book Antiqua"/>
          <w:b/>
          <w:color w:val="B58A3B"/>
          <w:sz w:val="36"/>
          <w:szCs w:val="36"/>
        </w:rPr>
        <w:t>Juvenil</w:t>
      </w:r>
      <w:proofErr w:type="spellEnd"/>
      <w:r w:rsidR="00D01B4B">
        <w:rPr>
          <w:rFonts w:ascii="Book Antiqua" w:hAnsi="Book Antiqua"/>
          <w:b/>
          <w:color w:val="B58A3B"/>
          <w:sz w:val="36"/>
          <w:szCs w:val="36"/>
        </w:rPr>
        <w:t xml:space="preserve"> y </w:t>
      </w:r>
      <w:proofErr w:type="spellStart"/>
      <w:r w:rsidR="00D01B4B">
        <w:rPr>
          <w:rFonts w:ascii="Book Antiqua" w:hAnsi="Book Antiqua"/>
          <w:b/>
          <w:color w:val="B58A3B"/>
          <w:sz w:val="36"/>
          <w:szCs w:val="36"/>
        </w:rPr>
        <w:t>Vocacional</w:t>
      </w:r>
      <w:proofErr w:type="spellEnd"/>
    </w:p>
    <w:p w14:paraId="1194B3B2" w14:textId="77777777" w:rsidR="00716FD6" w:rsidRPr="00D01B4B" w:rsidRDefault="00716FD6" w:rsidP="00D01B4B">
      <w:pPr>
        <w:spacing w:after="0" w:line="240" w:lineRule="auto"/>
        <w:jc w:val="both"/>
        <w:rPr>
          <w:rFonts w:ascii="Book Antiqua" w:hAnsi="Book Antiqua"/>
          <w:sz w:val="18"/>
          <w:szCs w:val="36"/>
        </w:rPr>
      </w:pPr>
    </w:p>
    <w:p w14:paraId="58C61E7D" w14:textId="2971E8A4" w:rsidR="00D01B4B" w:rsidRPr="00BE6943" w:rsidRDefault="00634E6F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19. </w:t>
      </w:r>
      <w:r w:rsidR="00D01B4B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BE6943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BE6943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BE6943" w:rsidRPr="00BE6943">
        <w:rPr>
          <w:rFonts w:ascii="Book Antiqua" w:hAnsi="Book Antiqua"/>
          <w:b/>
          <w:sz w:val="36"/>
          <w:szCs w:val="36"/>
        </w:rPr>
        <w:t>itinerarios</w:t>
      </w:r>
      <w:proofErr w:type="spellEnd"/>
      <w:r w:rsidR="00BE6943" w:rsidRPr="00BE6943">
        <w:rPr>
          <w:rFonts w:ascii="Book Antiqua" w:hAnsi="Book Antiqua"/>
          <w:b/>
          <w:sz w:val="36"/>
          <w:szCs w:val="36"/>
        </w:rPr>
        <w:t xml:space="preserve"> de </w:t>
      </w:r>
      <w:proofErr w:type="spellStart"/>
      <w:r w:rsidR="00BE6943" w:rsidRPr="00BE6943">
        <w:rPr>
          <w:rFonts w:ascii="Book Antiqua" w:hAnsi="Book Antiqua"/>
          <w:b/>
          <w:sz w:val="36"/>
          <w:szCs w:val="36"/>
        </w:rPr>
        <w:t>acompañamiento</w:t>
      </w:r>
      <w:proofErr w:type="spellEnd"/>
      <w:r w:rsidR="00BE6943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BE6943" w:rsidRPr="00BE6943">
        <w:rPr>
          <w:rFonts w:ascii="Book Antiqua" w:hAnsi="Book Antiqua"/>
          <w:b/>
          <w:sz w:val="36"/>
          <w:szCs w:val="36"/>
        </w:rPr>
        <w:t>juvenil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se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encuen</w:t>
      </w:r>
      <w:r w:rsidR="00BE6943" w:rsidRPr="00BE6943">
        <w:rPr>
          <w:rFonts w:ascii="Book Antiqua" w:hAnsi="Book Antiqua"/>
          <w:b/>
          <w:sz w:val="36"/>
          <w:szCs w:val="36"/>
        </w:rPr>
        <w:t>-</w:t>
      </w:r>
      <w:r w:rsidR="00D01B4B" w:rsidRPr="00BE6943">
        <w:rPr>
          <w:rFonts w:ascii="Book Antiqua" w:hAnsi="Book Antiqua"/>
          <w:b/>
          <w:sz w:val="36"/>
          <w:szCs w:val="36"/>
        </w:rPr>
        <w:t>tran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activos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>?</w:t>
      </w:r>
    </w:p>
    <w:p w14:paraId="552BFD21" w14:textId="4681CE71" w:rsidR="00F262CE" w:rsidRPr="00BE6943" w:rsidRDefault="00F262CE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7CD99A64" w14:textId="77777777" w:rsidR="00D01B4B" w:rsidRPr="00BE6943" w:rsidRDefault="00D01B4B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627D0025" w14:textId="1E9CF384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20. </w:t>
      </w:r>
      <w:r w:rsidR="00D01B4B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frutos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vocacionales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surgen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>?</w:t>
      </w:r>
    </w:p>
    <w:p w14:paraId="0636DCF5" w14:textId="04163E8B" w:rsidR="00D01B4B" w:rsidRPr="00BE6943" w:rsidRDefault="00D01B4B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646A1A1C" w14:textId="77777777" w:rsidR="00D01B4B" w:rsidRPr="00BE6943" w:rsidRDefault="00D01B4B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47DA3CD4" w14:textId="343F8CBE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21. </w:t>
      </w:r>
      <w:r w:rsidR="00D01B4B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retos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encontráis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en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la pastoral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vocacional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>?</w:t>
      </w:r>
    </w:p>
    <w:p w14:paraId="1E282DA1" w14:textId="7DA368D4" w:rsidR="00D01B4B" w:rsidRPr="00BE6943" w:rsidRDefault="00D01B4B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00F97DF0" w14:textId="77777777" w:rsidR="00D01B4B" w:rsidRPr="00BE6943" w:rsidRDefault="00D01B4B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124F0562" w14:textId="5F0B7DB8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22. </w:t>
      </w:r>
      <w:r w:rsidR="00D01B4B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nuevas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estrategias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consideráis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necesarias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>?</w:t>
      </w:r>
    </w:p>
    <w:p w14:paraId="34140B93" w14:textId="5E15AACA" w:rsidR="00352444" w:rsidRPr="00BE6943" w:rsidRDefault="00352444" w:rsidP="00716FD6">
      <w:pPr>
        <w:spacing w:after="0" w:line="240" w:lineRule="auto"/>
        <w:rPr>
          <w:rFonts w:ascii="Book Antiqua" w:hAnsi="Book Antiqua"/>
          <w:sz w:val="36"/>
          <w:szCs w:val="36"/>
        </w:rPr>
      </w:pPr>
    </w:p>
    <w:p w14:paraId="0045DE9B" w14:textId="63062214" w:rsidR="00D01B4B" w:rsidRPr="00BE6943" w:rsidRDefault="00D01B4B" w:rsidP="00716FD6">
      <w:pPr>
        <w:spacing w:after="0" w:line="240" w:lineRule="auto"/>
        <w:rPr>
          <w:rFonts w:ascii="Book Antiqua" w:hAnsi="Book Antiqua"/>
          <w:sz w:val="36"/>
          <w:szCs w:val="36"/>
        </w:rPr>
      </w:pPr>
    </w:p>
    <w:p w14:paraId="7D56453C" w14:textId="77777777" w:rsidR="00D01B4B" w:rsidRPr="00BE6943" w:rsidRDefault="00D01B4B" w:rsidP="00716FD6">
      <w:pPr>
        <w:spacing w:after="0" w:line="240" w:lineRule="auto"/>
        <w:rPr>
          <w:rFonts w:ascii="Book Antiqua" w:hAnsi="Book Antiqua"/>
          <w:sz w:val="36"/>
          <w:szCs w:val="36"/>
        </w:rPr>
      </w:pPr>
    </w:p>
    <w:p w14:paraId="17630E98" w14:textId="1FF0ABD9" w:rsidR="00352444" w:rsidRPr="00D01B4B" w:rsidRDefault="00D01B4B" w:rsidP="00D01B4B">
      <w:pPr>
        <w:pBdr>
          <w:bottom w:val="single" w:sz="14" w:space="1" w:color="B58A3B"/>
        </w:pBd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b/>
          <w:color w:val="123B5D"/>
          <w:sz w:val="36"/>
          <w:szCs w:val="36"/>
        </w:rPr>
        <w:t>SECCIÓN</w:t>
      </w:r>
      <w:r w:rsidR="00352444" w:rsidRPr="00D01B4B">
        <w:rPr>
          <w:rFonts w:ascii="Book Antiqua" w:hAnsi="Book Antiqua"/>
          <w:b/>
          <w:color w:val="123B5D"/>
          <w:sz w:val="36"/>
          <w:szCs w:val="36"/>
        </w:rPr>
        <w:t xml:space="preserve"> V: </w:t>
      </w:r>
      <w:r>
        <w:rPr>
          <w:rFonts w:ascii="Book Antiqua" w:hAnsi="Book Antiqua"/>
          <w:b/>
          <w:color w:val="123B5D"/>
          <w:sz w:val="36"/>
          <w:szCs w:val="36"/>
        </w:rPr>
        <w:t>TUTELA Y</w:t>
      </w:r>
      <w:r w:rsidR="00352444" w:rsidRPr="00D01B4B">
        <w:rPr>
          <w:rFonts w:ascii="Book Antiqua" w:hAnsi="Book Antiqua"/>
          <w:b/>
          <w:color w:val="123B5D"/>
          <w:sz w:val="36"/>
          <w:szCs w:val="36"/>
        </w:rPr>
        <w:t xml:space="preserve"> PROT</w:t>
      </w:r>
      <w:r>
        <w:rPr>
          <w:rFonts w:ascii="Book Antiqua" w:hAnsi="Book Antiqua"/>
          <w:b/>
          <w:color w:val="123B5D"/>
          <w:sz w:val="36"/>
          <w:szCs w:val="36"/>
        </w:rPr>
        <w:t>ECCIÓN DE MENORES</w:t>
      </w:r>
    </w:p>
    <w:p w14:paraId="45CAFD45" w14:textId="77777777" w:rsidR="00352444" w:rsidRPr="00D01B4B" w:rsidRDefault="00352444" w:rsidP="00D01B4B">
      <w:pPr>
        <w:spacing w:after="0" w:line="240" w:lineRule="auto"/>
        <w:jc w:val="both"/>
        <w:rPr>
          <w:rFonts w:ascii="Book Antiqua" w:hAnsi="Book Antiqua"/>
          <w:color w:val="123B5D"/>
          <w:sz w:val="24"/>
          <w:szCs w:val="36"/>
        </w:rPr>
      </w:pPr>
    </w:p>
    <w:p w14:paraId="62B3E032" w14:textId="0BBD6AB0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23. </w:t>
      </w:r>
      <w:r w:rsidR="00D01B4B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Existen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en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las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obras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y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en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la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Provincia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D01B4B" w:rsidRPr="00BE6943">
        <w:rPr>
          <w:rFonts w:ascii="Book Antiqua" w:hAnsi="Book Antiqua"/>
          <w:b/>
          <w:sz w:val="36"/>
          <w:szCs w:val="36"/>
        </w:rPr>
        <w:t>protocolos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 xml:space="preserve"> de </w:t>
      </w:r>
      <w:proofErr w:type="spellStart"/>
      <w:r w:rsidR="00BE6943">
        <w:rPr>
          <w:rFonts w:ascii="Book Antiqua" w:hAnsi="Book Antiqua"/>
          <w:b/>
          <w:sz w:val="36"/>
          <w:szCs w:val="36"/>
        </w:rPr>
        <w:t>protec-</w:t>
      </w:r>
      <w:r w:rsidR="00D01B4B" w:rsidRPr="00BE6943">
        <w:rPr>
          <w:rFonts w:ascii="Book Antiqua" w:hAnsi="Book Antiqua"/>
          <w:b/>
          <w:sz w:val="36"/>
          <w:szCs w:val="36"/>
        </w:rPr>
        <w:t>ción</w:t>
      </w:r>
      <w:proofErr w:type="spellEnd"/>
      <w:r w:rsidR="00D01B4B" w:rsidRPr="00BE6943">
        <w:rPr>
          <w:rFonts w:ascii="Book Antiqua" w:hAnsi="Book Antiqua"/>
          <w:b/>
          <w:sz w:val="36"/>
          <w:szCs w:val="36"/>
        </w:rPr>
        <w:t>?</w:t>
      </w:r>
    </w:p>
    <w:p w14:paraId="02E0E2F0" w14:textId="77777777" w:rsidR="00D01B4B" w:rsidRPr="00BE6943" w:rsidRDefault="00D01B4B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3E000614" w14:textId="5050A232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24. </w:t>
      </w:r>
      <w:r w:rsidR="003247B6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Reciben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todos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los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agentes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(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religiosos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, </w:t>
      </w:r>
      <w:proofErr w:type="spellStart"/>
      <w:proofErr w:type="gramStart"/>
      <w:r w:rsidR="003247B6" w:rsidRPr="00BE6943">
        <w:rPr>
          <w:rFonts w:ascii="Book Antiqua" w:hAnsi="Book Antiqua"/>
          <w:b/>
          <w:sz w:val="36"/>
          <w:szCs w:val="36"/>
        </w:rPr>
        <w:t>laicos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>, …)</w:t>
      </w:r>
      <w:proofErr w:type="gram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una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for-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mación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adecuada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>?</w:t>
      </w:r>
    </w:p>
    <w:p w14:paraId="1F6B5AE5" w14:textId="77777777" w:rsidR="00D01B4B" w:rsidRPr="00BE6943" w:rsidRDefault="00D01B4B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1BA2DF93" w14:textId="4864A15E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25. </w:t>
      </w:r>
      <w:r w:rsidR="003247B6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pas</w:t>
      </w:r>
      <w:r w:rsidR="003247B6" w:rsidRPr="00BE6943">
        <w:rPr>
          <w:rFonts w:ascii="Book Antiqua" w:hAnsi="Book Antiqua"/>
          <w:b/>
          <w:sz w:val="36"/>
          <w:szCs w:val="36"/>
        </w:rPr>
        <w:t>os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adicionales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son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necesarios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para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promover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una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cultura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de la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protección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>?</w:t>
      </w:r>
    </w:p>
    <w:p w14:paraId="01F11E92" w14:textId="48914973" w:rsidR="00352444" w:rsidRPr="00BE6943" w:rsidRDefault="00352444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08BBA629" w14:textId="72253355" w:rsidR="00D01B4B" w:rsidRPr="00BE6943" w:rsidRDefault="00D01B4B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182F2B48" w14:textId="77777777" w:rsidR="00D01B4B" w:rsidRPr="00BE6943" w:rsidRDefault="00D01B4B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5267D4CE" w14:textId="526CCECC" w:rsidR="00F262CE" w:rsidRPr="00D01B4B" w:rsidRDefault="003247B6" w:rsidP="00D01B4B">
      <w:pPr>
        <w:pBdr>
          <w:bottom w:val="single" w:sz="14" w:space="1" w:color="B58A3B"/>
        </w:pBd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b/>
          <w:color w:val="123B5D"/>
          <w:sz w:val="36"/>
          <w:szCs w:val="36"/>
        </w:rPr>
        <w:t>SECCIÓN VI: COLABORACIÓN CON LOS LAICOS</w:t>
      </w:r>
    </w:p>
    <w:p w14:paraId="023C015C" w14:textId="77777777" w:rsidR="00352444" w:rsidRPr="00D01B4B" w:rsidRDefault="00352444" w:rsidP="00D01B4B">
      <w:pPr>
        <w:spacing w:after="0" w:line="240" w:lineRule="auto"/>
        <w:jc w:val="both"/>
        <w:rPr>
          <w:rFonts w:ascii="Book Antiqua" w:hAnsi="Book Antiqua"/>
          <w:b/>
          <w:color w:val="B58A3B"/>
          <w:sz w:val="36"/>
          <w:szCs w:val="36"/>
        </w:rPr>
      </w:pPr>
    </w:p>
    <w:p w14:paraId="745BCAD5" w14:textId="304674B3" w:rsidR="00F262CE" w:rsidRPr="00D01B4B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D01B4B">
        <w:rPr>
          <w:rFonts w:ascii="Book Antiqua" w:hAnsi="Book Antiqua"/>
          <w:b/>
          <w:color w:val="B58A3B"/>
          <w:sz w:val="36"/>
          <w:szCs w:val="36"/>
        </w:rPr>
        <w:t xml:space="preserve">8. </w:t>
      </w:r>
      <w:proofErr w:type="spellStart"/>
      <w:r w:rsidRPr="00D01B4B">
        <w:rPr>
          <w:rFonts w:ascii="Book Antiqua" w:hAnsi="Book Antiqua"/>
          <w:b/>
          <w:color w:val="B58A3B"/>
          <w:sz w:val="36"/>
          <w:szCs w:val="36"/>
        </w:rPr>
        <w:t>Corresponsabi</w:t>
      </w:r>
      <w:r w:rsidR="003247B6">
        <w:rPr>
          <w:rFonts w:ascii="Book Antiqua" w:hAnsi="Book Antiqua"/>
          <w:b/>
          <w:color w:val="B58A3B"/>
          <w:sz w:val="36"/>
          <w:szCs w:val="36"/>
        </w:rPr>
        <w:t>lidad</w:t>
      </w:r>
      <w:proofErr w:type="spellEnd"/>
    </w:p>
    <w:p w14:paraId="3BCEC93E" w14:textId="77777777" w:rsidR="003247B6" w:rsidRDefault="003247B6" w:rsidP="00D01B4B">
      <w:pPr>
        <w:spacing w:after="0" w:line="240" w:lineRule="auto"/>
        <w:jc w:val="both"/>
        <w:rPr>
          <w:rFonts w:ascii="Book Antiqua" w:hAnsi="Book Antiqua"/>
          <w:b/>
          <w:color w:val="123B5D"/>
          <w:sz w:val="36"/>
          <w:szCs w:val="36"/>
        </w:rPr>
      </w:pPr>
    </w:p>
    <w:p w14:paraId="7F48691A" w14:textId="54316218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26. </w:t>
      </w:r>
      <w:r w:rsidR="003247B6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Cuál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es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el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papel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de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los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laicos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en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las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obras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>?</w:t>
      </w:r>
    </w:p>
    <w:p w14:paraId="7E8069C0" w14:textId="77777777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17F50EC5" w14:textId="28615B7D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27. </w:t>
      </w:r>
      <w:r w:rsidR="003247B6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Existen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itinerarios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de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formación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carismática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pa</w:t>
      </w:r>
      <w:r w:rsidRPr="00BE6943">
        <w:rPr>
          <w:rFonts w:ascii="Book Antiqua" w:hAnsi="Book Antiqua"/>
          <w:b/>
          <w:sz w:val="36"/>
          <w:szCs w:val="36"/>
        </w:rPr>
        <w:t>r</w:t>
      </w:r>
      <w:r w:rsidR="003247B6" w:rsidRPr="00BE6943">
        <w:rPr>
          <w:rFonts w:ascii="Book Antiqua" w:hAnsi="Book Antiqua"/>
          <w:b/>
          <w:sz w:val="36"/>
          <w:szCs w:val="36"/>
        </w:rPr>
        <w:t xml:space="preserve">a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los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cola</w:t>
      </w:r>
      <w:r w:rsidR="00BE6943">
        <w:rPr>
          <w:rFonts w:ascii="Book Antiqua" w:hAnsi="Book Antiqua"/>
          <w:b/>
          <w:sz w:val="36"/>
          <w:szCs w:val="36"/>
        </w:rPr>
        <w:t>-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boradores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laicos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>?</w:t>
      </w:r>
    </w:p>
    <w:p w14:paraId="2F446D04" w14:textId="13DB10F3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="003247B6" w:rsidRPr="00BE6943">
        <w:rPr>
          <w:rFonts w:ascii="Book Antiqua" w:hAnsi="Book Antiqua"/>
          <w:sz w:val="36"/>
          <w:szCs w:val="36"/>
        </w:rPr>
        <w:t xml:space="preserve">  </w:t>
      </w:r>
      <w:proofErr w:type="spellStart"/>
      <w:r w:rsidR="003247B6" w:rsidRPr="00BE6943">
        <w:rPr>
          <w:rFonts w:ascii="Book Antiqua" w:hAnsi="Book Antiqua"/>
          <w:sz w:val="36"/>
          <w:szCs w:val="36"/>
        </w:rPr>
        <w:t>Sí</w:t>
      </w:r>
      <w:proofErr w:type="spellEnd"/>
      <w:proofErr w:type="gramEnd"/>
    </w:p>
    <w:p w14:paraId="6F16F6EF" w14:textId="77777777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Pr="00BE6943">
        <w:rPr>
          <w:rFonts w:ascii="Book Antiqua" w:hAnsi="Book Antiqua"/>
          <w:sz w:val="36"/>
          <w:szCs w:val="36"/>
        </w:rPr>
        <w:t xml:space="preserve">  No</w:t>
      </w:r>
      <w:proofErr w:type="gramEnd"/>
    </w:p>
    <w:p w14:paraId="693DC313" w14:textId="77777777" w:rsidR="009774FA" w:rsidRPr="00BE6943" w:rsidRDefault="009774FA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321F54EC" w14:textId="77777777" w:rsidR="009774FA" w:rsidRPr="00BE6943" w:rsidRDefault="009774FA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5C2E2AA7" w14:textId="215417BC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28. </w:t>
      </w:r>
      <w:r w:rsidR="003247B6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experiencias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de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corresponsabilidad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resultan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más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significativas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>?</w:t>
      </w:r>
    </w:p>
    <w:p w14:paraId="2F9308C1" w14:textId="06883EB7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33DAA4C2" w14:textId="77777777" w:rsidR="009774FA" w:rsidRPr="00BE6943" w:rsidRDefault="009774FA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77F6C34E" w14:textId="01989958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29. </w:t>
      </w:r>
      <w:r w:rsidR="003247B6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dificultades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surgen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>?</w:t>
      </w:r>
    </w:p>
    <w:p w14:paraId="31095F8E" w14:textId="70FA4707" w:rsidR="00352444" w:rsidRPr="00BE6943" w:rsidRDefault="00352444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4C83C0F7" w14:textId="77777777" w:rsidR="009774FA" w:rsidRPr="00BE6943" w:rsidRDefault="009774FA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7F3729AF" w14:textId="77777777" w:rsidR="003247B6" w:rsidRPr="00BE6943" w:rsidRDefault="003247B6" w:rsidP="00D01B4B">
      <w:pPr>
        <w:pBdr>
          <w:bottom w:val="single" w:sz="14" w:space="1" w:color="B58A3B"/>
        </w:pBd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50AF91E1" w14:textId="7B572562" w:rsidR="00F262CE" w:rsidRPr="00D01B4B" w:rsidRDefault="003247B6" w:rsidP="00D01B4B">
      <w:pPr>
        <w:pBdr>
          <w:bottom w:val="single" w:sz="14" w:space="1" w:color="B58A3B"/>
        </w:pBd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b/>
          <w:color w:val="123B5D"/>
          <w:sz w:val="36"/>
          <w:szCs w:val="36"/>
        </w:rPr>
        <w:t>SECCIÓN VII: SOSTENIBILIDAD Y GESTIÓN</w:t>
      </w:r>
    </w:p>
    <w:p w14:paraId="50C2DF7B" w14:textId="77777777" w:rsidR="00352444" w:rsidRPr="00D01B4B" w:rsidRDefault="00352444" w:rsidP="00D01B4B">
      <w:pPr>
        <w:spacing w:after="0" w:line="240" w:lineRule="auto"/>
        <w:jc w:val="both"/>
        <w:rPr>
          <w:rFonts w:ascii="Book Antiqua" w:hAnsi="Book Antiqua"/>
          <w:b/>
          <w:color w:val="123B5D"/>
          <w:sz w:val="36"/>
          <w:szCs w:val="36"/>
        </w:rPr>
      </w:pPr>
    </w:p>
    <w:p w14:paraId="7A7C3908" w14:textId="3F22D5A8" w:rsidR="00F262CE" w:rsidRPr="00BE6943" w:rsidRDefault="003247B6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30. La 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situación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económica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de las 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obras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es</w:t>
      </w:r>
      <w:proofErr w:type="spellEnd"/>
      <w:r w:rsidR="00634E6F" w:rsidRPr="00BE6943">
        <w:rPr>
          <w:rFonts w:ascii="Book Antiqua" w:hAnsi="Book Antiqua"/>
          <w:b/>
          <w:sz w:val="36"/>
          <w:szCs w:val="36"/>
        </w:rPr>
        <w:t>:</w:t>
      </w:r>
    </w:p>
    <w:p w14:paraId="0AA4CF03" w14:textId="70F738BE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="003247B6" w:rsidRPr="00BE6943">
        <w:rPr>
          <w:rFonts w:ascii="Book Antiqua" w:hAnsi="Book Antiqua"/>
          <w:sz w:val="36"/>
          <w:szCs w:val="36"/>
        </w:rPr>
        <w:t xml:space="preserve">  </w:t>
      </w:r>
      <w:proofErr w:type="spellStart"/>
      <w:r w:rsidR="003247B6" w:rsidRPr="00BE6943">
        <w:rPr>
          <w:rFonts w:ascii="Book Antiqua" w:hAnsi="Book Antiqua"/>
          <w:sz w:val="36"/>
          <w:szCs w:val="36"/>
        </w:rPr>
        <w:t>Muy</w:t>
      </w:r>
      <w:proofErr w:type="spellEnd"/>
      <w:proofErr w:type="gramEnd"/>
      <w:r w:rsidR="003247B6" w:rsidRPr="00BE6943">
        <w:rPr>
          <w:rFonts w:ascii="Book Antiqua" w:hAnsi="Book Antiqua"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sz w:val="36"/>
          <w:szCs w:val="36"/>
        </w:rPr>
        <w:t>bue</w:t>
      </w:r>
      <w:r w:rsidRPr="00BE6943">
        <w:rPr>
          <w:rFonts w:ascii="Book Antiqua" w:hAnsi="Book Antiqua"/>
          <w:sz w:val="36"/>
          <w:szCs w:val="36"/>
        </w:rPr>
        <w:t>na</w:t>
      </w:r>
      <w:proofErr w:type="spellEnd"/>
    </w:p>
    <w:p w14:paraId="6FA6572A" w14:textId="78F58B7E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="003247B6" w:rsidRPr="00BE6943">
        <w:rPr>
          <w:rFonts w:ascii="Book Antiqua" w:hAnsi="Book Antiqua"/>
          <w:sz w:val="36"/>
          <w:szCs w:val="36"/>
        </w:rPr>
        <w:t xml:space="preserve">  Bue</w:t>
      </w:r>
      <w:r w:rsidRPr="00BE6943">
        <w:rPr>
          <w:rFonts w:ascii="Book Antiqua" w:hAnsi="Book Antiqua"/>
          <w:sz w:val="36"/>
          <w:szCs w:val="36"/>
        </w:rPr>
        <w:t>na</w:t>
      </w:r>
      <w:proofErr w:type="gramEnd"/>
    </w:p>
    <w:p w14:paraId="5B6AE57C" w14:textId="1AA67025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="003247B6" w:rsidRPr="00BE6943">
        <w:rPr>
          <w:rFonts w:ascii="Book Antiqua" w:hAnsi="Book Antiqua"/>
          <w:sz w:val="36"/>
          <w:szCs w:val="36"/>
        </w:rPr>
        <w:t xml:space="preserve">  </w:t>
      </w:r>
      <w:proofErr w:type="spellStart"/>
      <w:r w:rsidR="003247B6" w:rsidRPr="00BE6943">
        <w:rPr>
          <w:rFonts w:ascii="Book Antiqua" w:hAnsi="Book Antiqua"/>
          <w:sz w:val="36"/>
          <w:szCs w:val="36"/>
        </w:rPr>
        <w:t>Su</w:t>
      </w:r>
      <w:r w:rsidRPr="00BE6943">
        <w:rPr>
          <w:rFonts w:ascii="Book Antiqua" w:hAnsi="Book Antiqua"/>
          <w:sz w:val="36"/>
          <w:szCs w:val="36"/>
        </w:rPr>
        <w:t>ficiente</w:t>
      </w:r>
      <w:proofErr w:type="spellEnd"/>
      <w:proofErr w:type="gramEnd"/>
    </w:p>
    <w:p w14:paraId="2EF2B05F" w14:textId="58030B83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="003247B6" w:rsidRPr="00BE6943">
        <w:rPr>
          <w:rFonts w:ascii="Book Antiqua" w:hAnsi="Book Antiqua"/>
          <w:sz w:val="36"/>
          <w:szCs w:val="36"/>
        </w:rPr>
        <w:t xml:space="preserve">  </w:t>
      </w:r>
      <w:proofErr w:type="spellStart"/>
      <w:r w:rsidR="003247B6" w:rsidRPr="00BE6943">
        <w:rPr>
          <w:rFonts w:ascii="Book Antiqua" w:hAnsi="Book Antiqua"/>
          <w:sz w:val="36"/>
          <w:szCs w:val="36"/>
        </w:rPr>
        <w:t>Crí</w:t>
      </w:r>
      <w:r w:rsidRPr="00BE6943">
        <w:rPr>
          <w:rFonts w:ascii="Book Antiqua" w:hAnsi="Book Antiqua"/>
          <w:sz w:val="36"/>
          <w:szCs w:val="36"/>
        </w:rPr>
        <w:t>tica</w:t>
      </w:r>
      <w:proofErr w:type="spellEnd"/>
      <w:proofErr w:type="gramEnd"/>
    </w:p>
    <w:p w14:paraId="754E30F8" w14:textId="77777777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7AD64133" w14:textId="7E4B9E89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31. </w:t>
      </w:r>
      <w:r w:rsidR="003247B6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Cuáles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son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los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principal</w:t>
      </w:r>
      <w:r w:rsidR="00BE6943">
        <w:rPr>
          <w:rFonts w:ascii="Book Antiqua" w:hAnsi="Book Antiqua"/>
          <w:b/>
          <w:sz w:val="36"/>
          <w:szCs w:val="36"/>
        </w:rPr>
        <w:t>e</w:t>
      </w:r>
      <w:r w:rsidR="003247B6" w:rsidRPr="00BE6943">
        <w:rPr>
          <w:rFonts w:ascii="Book Antiqua" w:hAnsi="Book Antiqua"/>
          <w:b/>
          <w:sz w:val="36"/>
          <w:szCs w:val="36"/>
        </w:rPr>
        <w:t>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retos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económicos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>?</w:t>
      </w:r>
    </w:p>
    <w:p w14:paraId="65F93175" w14:textId="5EACA2C2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1FECDF1E" w14:textId="77777777" w:rsidR="009774FA" w:rsidRPr="00BE6943" w:rsidRDefault="009774FA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08902D94" w14:textId="55DF874F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32. </w:t>
      </w:r>
      <w:r w:rsidR="003247B6" w:rsidRPr="00BE6943">
        <w:rPr>
          <w:rFonts w:ascii="Book Antiqua" w:hAnsi="Book Antiqua"/>
          <w:b/>
          <w:sz w:val="36"/>
          <w:szCs w:val="36"/>
        </w:rPr>
        <w:t xml:space="preserve">¿Se dispone de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herramientos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de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planificación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estratégica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>?</w:t>
      </w:r>
    </w:p>
    <w:p w14:paraId="1E31378C" w14:textId="30813FAE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="003247B6" w:rsidRPr="00BE6943">
        <w:rPr>
          <w:rFonts w:ascii="Book Antiqua" w:hAnsi="Book Antiqua"/>
          <w:sz w:val="36"/>
          <w:szCs w:val="36"/>
        </w:rPr>
        <w:t xml:space="preserve">  </w:t>
      </w:r>
      <w:proofErr w:type="spellStart"/>
      <w:r w:rsidR="003247B6" w:rsidRPr="00BE6943">
        <w:rPr>
          <w:rFonts w:ascii="Book Antiqua" w:hAnsi="Book Antiqua"/>
          <w:sz w:val="36"/>
          <w:szCs w:val="36"/>
        </w:rPr>
        <w:t>Sí</w:t>
      </w:r>
      <w:proofErr w:type="spellEnd"/>
      <w:proofErr w:type="gramEnd"/>
    </w:p>
    <w:p w14:paraId="612CB2D9" w14:textId="77777777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Pr="00BE6943">
        <w:rPr>
          <w:rFonts w:ascii="Book Antiqua" w:hAnsi="Book Antiqua"/>
          <w:sz w:val="36"/>
          <w:szCs w:val="36"/>
        </w:rPr>
        <w:t xml:space="preserve">  No</w:t>
      </w:r>
      <w:proofErr w:type="gramEnd"/>
    </w:p>
    <w:p w14:paraId="554AD822" w14:textId="77777777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1D76FFC6" w14:textId="6E13AD45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33. </w:t>
      </w:r>
      <w:r w:rsidR="003247B6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intervenciones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consideráis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prioritarias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>?</w:t>
      </w:r>
    </w:p>
    <w:p w14:paraId="2DFF2C90" w14:textId="65EB9514" w:rsidR="00352444" w:rsidRPr="00BE6943" w:rsidRDefault="00352444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19C309FE" w14:textId="63A7E60D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3B316859" w14:textId="1EBCD976" w:rsidR="00805263" w:rsidRPr="00BE6943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4DEF3E3C" w14:textId="77777777" w:rsidR="00805263" w:rsidRPr="00BE6943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380B11D2" w14:textId="77777777" w:rsidR="003247B6" w:rsidRPr="00D01B4B" w:rsidRDefault="003247B6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40F47472" w14:textId="559C107E" w:rsidR="00352444" w:rsidRPr="00D01B4B" w:rsidRDefault="003247B6" w:rsidP="00D01B4B">
      <w:pPr>
        <w:pBdr>
          <w:bottom w:val="single" w:sz="14" w:space="1" w:color="B58A3B"/>
        </w:pBd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b/>
          <w:color w:val="123B5D"/>
          <w:sz w:val="36"/>
          <w:szCs w:val="36"/>
        </w:rPr>
        <w:t>SECCIÓN</w:t>
      </w:r>
      <w:r w:rsidR="00352444" w:rsidRPr="00D01B4B">
        <w:rPr>
          <w:rFonts w:ascii="Book Antiqua" w:hAnsi="Book Antiqua"/>
          <w:b/>
          <w:color w:val="123B5D"/>
          <w:sz w:val="36"/>
          <w:szCs w:val="36"/>
        </w:rPr>
        <w:t xml:space="preserve"> VIII: </w:t>
      </w:r>
      <w:r>
        <w:rPr>
          <w:rFonts w:ascii="Book Antiqua" w:hAnsi="Book Antiqua"/>
          <w:b/>
          <w:color w:val="123B5D"/>
          <w:sz w:val="36"/>
          <w:szCs w:val="36"/>
        </w:rPr>
        <w:t>NUEVAS FRONTERAS DE LA MISIÓN</w:t>
      </w:r>
    </w:p>
    <w:p w14:paraId="39CE7893" w14:textId="77777777" w:rsidR="00352444" w:rsidRPr="00D01B4B" w:rsidRDefault="00352444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24A26613" w14:textId="12D76955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34. </w:t>
      </w:r>
      <w:r w:rsidR="003247B6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nuevas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pobrezas</w:t>
      </w:r>
      <w:proofErr w:type="spellEnd"/>
      <w:r w:rsidR="003247B6" w:rsidRPr="00BE6943">
        <w:rPr>
          <w:rFonts w:ascii="Book Antiqua" w:hAnsi="Book Antiqua"/>
          <w:b/>
          <w:sz w:val="36"/>
          <w:szCs w:val="36"/>
        </w:rPr>
        <w:t xml:space="preserve"> o </w:t>
      </w:r>
      <w:proofErr w:type="spellStart"/>
      <w:r w:rsidR="003247B6" w:rsidRPr="00BE6943">
        <w:rPr>
          <w:rFonts w:ascii="Book Antiqua" w:hAnsi="Book Antiqua"/>
          <w:b/>
          <w:sz w:val="36"/>
          <w:szCs w:val="36"/>
        </w:rPr>
        <w:t>periferias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r</w:t>
      </w:r>
      <w:r w:rsidR="009774FA" w:rsidRPr="00BE6943">
        <w:rPr>
          <w:rFonts w:ascii="Book Antiqua" w:hAnsi="Book Antiqua"/>
          <w:b/>
          <w:sz w:val="36"/>
          <w:szCs w:val="36"/>
        </w:rPr>
        <w:t>eclaman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una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presenci</w:t>
      </w:r>
      <w:r w:rsidRPr="00BE6943">
        <w:rPr>
          <w:rFonts w:ascii="Book Antiqua" w:hAnsi="Book Antiqua"/>
          <w:b/>
          <w:sz w:val="36"/>
          <w:szCs w:val="36"/>
        </w:rPr>
        <w:t>a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somasca?</w:t>
      </w:r>
    </w:p>
    <w:p w14:paraId="216454F5" w14:textId="77777777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0532B92D" w14:textId="4018704F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35. </w:t>
      </w:r>
      <w:r w:rsidR="009774FA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ámbitos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misioneros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consideráis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Pr="00BE6943">
        <w:rPr>
          <w:rFonts w:ascii="Book Antiqua" w:hAnsi="Book Antiqua"/>
          <w:b/>
          <w:sz w:val="36"/>
          <w:szCs w:val="36"/>
        </w:rPr>
        <w:t>prioritari</w:t>
      </w:r>
      <w:r w:rsidR="009774FA" w:rsidRPr="00BE6943">
        <w:rPr>
          <w:rFonts w:ascii="Book Antiqua" w:hAnsi="Book Antiqua"/>
          <w:b/>
          <w:sz w:val="36"/>
          <w:szCs w:val="36"/>
        </w:rPr>
        <w:t>os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para </w:t>
      </w:r>
      <w:r w:rsidRPr="00BE6943">
        <w:rPr>
          <w:rFonts w:ascii="Book Antiqua" w:hAnsi="Book Antiqua"/>
          <w:b/>
          <w:sz w:val="36"/>
          <w:szCs w:val="36"/>
        </w:rPr>
        <w:t>l</w:t>
      </w:r>
      <w:r w:rsidR="009774FA" w:rsidRPr="00BE6943">
        <w:rPr>
          <w:rFonts w:ascii="Book Antiqua" w:hAnsi="Book Antiqua"/>
          <w:b/>
          <w:sz w:val="36"/>
          <w:szCs w:val="36"/>
        </w:rPr>
        <w:t xml:space="preserve">a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próxima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década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>?</w:t>
      </w:r>
    </w:p>
    <w:p w14:paraId="05F6B7C3" w14:textId="784F9479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="009774FA" w:rsidRPr="00BE6943">
        <w:rPr>
          <w:rFonts w:ascii="Book Antiqua" w:hAnsi="Book Antiqua"/>
          <w:sz w:val="36"/>
          <w:szCs w:val="36"/>
        </w:rPr>
        <w:t xml:space="preserve">  </w:t>
      </w:r>
      <w:proofErr w:type="spellStart"/>
      <w:r w:rsidR="009774FA" w:rsidRPr="00BE6943">
        <w:rPr>
          <w:rFonts w:ascii="Book Antiqua" w:hAnsi="Book Antiqua"/>
          <w:sz w:val="36"/>
          <w:szCs w:val="36"/>
        </w:rPr>
        <w:t>Jóvenes</w:t>
      </w:r>
      <w:proofErr w:type="spellEnd"/>
      <w:proofErr w:type="gramEnd"/>
      <w:r w:rsidR="009774FA" w:rsidRPr="00BE6943">
        <w:rPr>
          <w:rFonts w:ascii="Book Antiqua" w:hAnsi="Book Antiqua"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sz w:val="36"/>
          <w:szCs w:val="36"/>
        </w:rPr>
        <w:t>vulnerables</w:t>
      </w:r>
      <w:proofErr w:type="spellEnd"/>
    </w:p>
    <w:p w14:paraId="64F46118" w14:textId="5B35B4CE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="009774FA" w:rsidRPr="00BE6943">
        <w:rPr>
          <w:rFonts w:ascii="Book Antiqua" w:hAnsi="Book Antiqua"/>
          <w:sz w:val="36"/>
          <w:szCs w:val="36"/>
        </w:rPr>
        <w:t xml:space="preserve">  </w:t>
      </w:r>
      <w:proofErr w:type="spellStart"/>
      <w:r w:rsidR="009774FA" w:rsidRPr="00BE6943">
        <w:rPr>
          <w:rFonts w:ascii="Book Antiqua" w:hAnsi="Book Antiqua"/>
          <w:sz w:val="36"/>
          <w:szCs w:val="36"/>
        </w:rPr>
        <w:t>Menores</w:t>
      </w:r>
      <w:proofErr w:type="spellEnd"/>
      <w:proofErr w:type="gramEnd"/>
      <w:r w:rsidR="009774FA" w:rsidRPr="00BE6943">
        <w:rPr>
          <w:rFonts w:ascii="Book Antiqua" w:hAnsi="Book Antiqua"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sz w:val="36"/>
          <w:szCs w:val="36"/>
        </w:rPr>
        <w:t>en</w:t>
      </w:r>
      <w:proofErr w:type="spellEnd"/>
      <w:r w:rsidR="009774FA" w:rsidRPr="00BE6943">
        <w:rPr>
          <w:rFonts w:ascii="Book Antiqua" w:hAnsi="Book Antiqua"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sz w:val="36"/>
          <w:szCs w:val="36"/>
        </w:rPr>
        <w:t>riesgo</w:t>
      </w:r>
      <w:proofErr w:type="spellEnd"/>
    </w:p>
    <w:p w14:paraId="0E3DCAD6" w14:textId="3210B218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="009774FA" w:rsidRPr="00BE6943">
        <w:rPr>
          <w:rFonts w:ascii="Book Antiqua" w:hAnsi="Book Antiqua"/>
          <w:sz w:val="36"/>
          <w:szCs w:val="36"/>
        </w:rPr>
        <w:t xml:space="preserve">  </w:t>
      </w:r>
      <w:proofErr w:type="spellStart"/>
      <w:r w:rsidR="009774FA" w:rsidRPr="00BE6943">
        <w:rPr>
          <w:rFonts w:ascii="Book Antiqua" w:hAnsi="Book Antiqua"/>
          <w:sz w:val="36"/>
          <w:szCs w:val="36"/>
        </w:rPr>
        <w:t>Familias</w:t>
      </w:r>
      <w:proofErr w:type="spellEnd"/>
      <w:proofErr w:type="gramEnd"/>
      <w:r w:rsidR="009774FA" w:rsidRPr="00BE6943">
        <w:rPr>
          <w:rFonts w:ascii="Book Antiqua" w:hAnsi="Book Antiqua"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sz w:val="36"/>
          <w:szCs w:val="36"/>
        </w:rPr>
        <w:t>frágiles</w:t>
      </w:r>
      <w:proofErr w:type="spellEnd"/>
    </w:p>
    <w:p w14:paraId="739B238B" w14:textId="75D08F02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="009774FA" w:rsidRPr="00BE6943">
        <w:rPr>
          <w:rFonts w:ascii="Book Antiqua" w:hAnsi="Book Antiqua"/>
          <w:sz w:val="36"/>
          <w:szCs w:val="36"/>
        </w:rPr>
        <w:t xml:space="preserve">  </w:t>
      </w:r>
      <w:proofErr w:type="spellStart"/>
      <w:r w:rsidR="009774FA" w:rsidRPr="00BE6943">
        <w:rPr>
          <w:rFonts w:ascii="Book Antiqua" w:hAnsi="Book Antiqua"/>
          <w:sz w:val="36"/>
          <w:szCs w:val="36"/>
        </w:rPr>
        <w:t>Formación</w:t>
      </w:r>
      <w:proofErr w:type="spellEnd"/>
      <w:proofErr w:type="gramEnd"/>
      <w:r w:rsidR="009774FA" w:rsidRPr="00BE6943">
        <w:rPr>
          <w:rFonts w:ascii="Book Antiqua" w:hAnsi="Book Antiqua"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sz w:val="36"/>
          <w:szCs w:val="36"/>
        </w:rPr>
        <w:t>profesional</w:t>
      </w:r>
      <w:proofErr w:type="spellEnd"/>
    </w:p>
    <w:p w14:paraId="21AF875B" w14:textId="7F47AEAF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Pr="00BE6943">
        <w:rPr>
          <w:rFonts w:ascii="Book Antiqua" w:hAnsi="Book Antiqua"/>
          <w:sz w:val="36"/>
          <w:szCs w:val="36"/>
        </w:rPr>
        <w:t xml:space="preserve">  </w:t>
      </w:r>
      <w:proofErr w:type="spellStart"/>
      <w:r w:rsidRPr="00BE6943">
        <w:rPr>
          <w:rFonts w:ascii="Book Antiqua" w:hAnsi="Book Antiqua"/>
          <w:sz w:val="36"/>
          <w:szCs w:val="36"/>
        </w:rPr>
        <w:t>Migra</w:t>
      </w:r>
      <w:r w:rsidR="009774FA" w:rsidRPr="00BE6943">
        <w:rPr>
          <w:rFonts w:ascii="Book Antiqua" w:hAnsi="Book Antiqua"/>
          <w:sz w:val="36"/>
          <w:szCs w:val="36"/>
        </w:rPr>
        <w:t>ción</w:t>
      </w:r>
      <w:proofErr w:type="spellEnd"/>
      <w:proofErr w:type="gramEnd"/>
    </w:p>
    <w:p w14:paraId="65E86B46" w14:textId="42F2C24E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="009774FA" w:rsidRPr="00BE6943">
        <w:rPr>
          <w:rFonts w:ascii="Book Antiqua" w:hAnsi="Book Antiqua"/>
          <w:sz w:val="36"/>
          <w:szCs w:val="36"/>
        </w:rPr>
        <w:t xml:space="preserve">  </w:t>
      </w:r>
      <w:proofErr w:type="spellStart"/>
      <w:r w:rsidR="009774FA" w:rsidRPr="00BE6943">
        <w:rPr>
          <w:rFonts w:ascii="Book Antiqua" w:hAnsi="Book Antiqua"/>
          <w:sz w:val="36"/>
          <w:szCs w:val="36"/>
        </w:rPr>
        <w:t>Evangelización</w:t>
      </w:r>
      <w:proofErr w:type="spellEnd"/>
      <w:proofErr w:type="gramEnd"/>
      <w:r w:rsidR="009774FA" w:rsidRPr="00BE6943">
        <w:rPr>
          <w:rFonts w:ascii="Book Antiqua" w:hAnsi="Book Antiqua"/>
          <w:sz w:val="36"/>
          <w:szCs w:val="36"/>
        </w:rPr>
        <w:t xml:space="preserve"> digital</w:t>
      </w:r>
    </w:p>
    <w:p w14:paraId="206845A2" w14:textId="3F613C84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="009774FA" w:rsidRPr="00BE6943">
        <w:rPr>
          <w:rFonts w:ascii="Book Antiqua" w:hAnsi="Book Antiqua"/>
          <w:sz w:val="36"/>
          <w:szCs w:val="36"/>
        </w:rPr>
        <w:t xml:space="preserve">  </w:t>
      </w:r>
      <w:proofErr w:type="spellStart"/>
      <w:r w:rsidR="009774FA" w:rsidRPr="00BE6943">
        <w:rPr>
          <w:rFonts w:ascii="Book Antiqua" w:hAnsi="Book Antiqua"/>
          <w:sz w:val="36"/>
          <w:szCs w:val="36"/>
        </w:rPr>
        <w:t>Misión</w:t>
      </w:r>
      <w:proofErr w:type="spellEnd"/>
      <w:proofErr w:type="gramEnd"/>
      <w:r w:rsidRPr="00BE6943">
        <w:rPr>
          <w:rFonts w:ascii="Book Antiqua" w:hAnsi="Book Antiqua"/>
          <w:sz w:val="36"/>
          <w:szCs w:val="36"/>
        </w:rPr>
        <w:t xml:space="preserve"> </w:t>
      </w:r>
      <w:r w:rsidRPr="00BE6943">
        <w:rPr>
          <w:rFonts w:ascii="Book Antiqua" w:hAnsi="Book Antiqua"/>
          <w:i/>
          <w:sz w:val="36"/>
          <w:szCs w:val="36"/>
        </w:rPr>
        <w:t xml:space="preserve">ad </w:t>
      </w:r>
      <w:proofErr w:type="spellStart"/>
      <w:r w:rsidRPr="00BE6943">
        <w:rPr>
          <w:rFonts w:ascii="Book Antiqua" w:hAnsi="Book Antiqua"/>
          <w:i/>
          <w:sz w:val="36"/>
          <w:szCs w:val="36"/>
        </w:rPr>
        <w:t>gentes</w:t>
      </w:r>
      <w:proofErr w:type="spellEnd"/>
    </w:p>
    <w:p w14:paraId="5B440C3A" w14:textId="2702E240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="009774FA" w:rsidRPr="00BE6943">
        <w:rPr>
          <w:rFonts w:ascii="Book Antiqua" w:hAnsi="Book Antiqua"/>
          <w:sz w:val="36"/>
          <w:szCs w:val="36"/>
        </w:rPr>
        <w:t xml:space="preserve">  </w:t>
      </w:r>
      <w:proofErr w:type="spellStart"/>
      <w:r w:rsidR="009774FA" w:rsidRPr="00BE6943">
        <w:rPr>
          <w:rFonts w:ascii="Book Antiqua" w:hAnsi="Book Antiqua"/>
          <w:sz w:val="36"/>
          <w:szCs w:val="36"/>
        </w:rPr>
        <w:t>Protección</w:t>
      </w:r>
      <w:proofErr w:type="spellEnd"/>
      <w:proofErr w:type="gramEnd"/>
      <w:r w:rsidR="009774FA" w:rsidRPr="00BE6943">
        <w:rPr>
          <w:rFonts w:ascii="Book Antiqua" w:hAnsi="Book Antiqua"/>
          <w:sz w:val="36"/>
          <w:szCs w:val="36"/>
        </w:rPr>
        <w:t xml:space="preserve"> de </w:t>
      </w:r>
      <w:proofErr w:type="spellStart"/>
      <w:r w:rsidR="009774FA" w:rsidRPr="00BE6943">
        <w:rPr>
          <w:rFonts w:ascii="Book Antiqua" w:hAnsi="Book Antiqua"/>
          <w:sz w:val="36"/>
          <w:szCs w:val="36"/>
        </w:rPr>
        <w:t>menores</w:t>
      </w:r>
      <w:proofErr w:type="spellEnd"/>
    </w:p>
    <w:p w14:paraId="5C95E5A2" w14:textId="6E3A08FD" w:rsidR="00F262CE" w:rsidRPr="00BE6943" w:rsidRDefault="00634E6F" w:rsidP="00D01B4B">
      <w:pPr>
        <w:spacing w:after="0" w:line="240" w:lineRule="auto"/>
        <w:ind w:left="216"/>
        <w:jc w:val="both"/>
        <w:rPr>
          <w:rFonts w:ascii="Book Antiqua" w:hAnsi="Book Antiqua"/>
          <w:sz w:val="36"/>
          <w:szCs w:val="36"/>
        </w:rPr>
      </w:pPr>
      <w:proofErr w:type="gramStart"/>
      <w:r w:rsidRPr="00BE6943">
        <w:rPr>
          <w:rFonts w:ascii="Segoe UI Symbol" w:hAnsi="Segoe UI Symbol" w:cs="Segoe UI Symbol"/>
          <w:sz w:val="36"/>
          <w:szCs w:val="36"/>
        </w:rPr>
        <w:t>☐</w:t>
      </w:r>
      <w:r w:rsidR="009774FA" w:rsidRPr="00BE6943">
        <w:rPr>
          <w:rFonts w:ascii="Book Antiqua" w:hAnsi="Book Antiqua"/>
          <w:sz w:val="36"/>
          <w:szCs w:val="36"/>
        </w:rPr>
        <w:t xml:space="preserve">  </w:t>
      </w:r>
      <w:proofErr w:type="spellStart"/>
      <w:r w:rsidR="009774FA" w:rsidRPr="00BE6943">
        <w:rPr>
          <w:rFonts w:ascii="Book Antiqua" w:hAnsi="Book Antiqua"/>
          <w:sz w:val="36"/>
          <w:szCs w:val="36"/>
        </w:rPr>
        <w:t>O</w:t>
      </w:r>
      <w:r w:rsidRPr="00BE6943">
        <w:rPr>
          <w:rFonts w:ascii="Book Antiqua" w:hAnsi="Book Antiqua"/>
          <w:sz w:val="36"/>
          <w:szCs w:val="36"/>
        </w:rPr>
        <w:t>tro</w:t>
      </w:r>
      <w:proofErr w:type="spellEnd"/>
      <w:proofErr w:type="gramEnd"/>
      <w:r w:rsidRPr="00BE6943">
        <w:rPr>
          <w:rFonts w:ascii="Book Antiqua" w:hAnsi="Book Antiqua"/>
          <w:sz w:val="36"/>
          <w:szCs w:val="36"/>
        </w:rPr>
        <w:t>: ______________________________</w:t>
      </w:r>
    </w:p>
    <w:p w14:paraId="7AF81135" w14:textId="77777777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7649654D" w14:textId="14008F5B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36. </w:t>
      </w:r>
      <w:r w:rsidR="009774FA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nuevas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obras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o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iniciativas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sugerís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>?</w:t>
      </w:r>
    </w:p>
    <w:p w14:paraId="05E36803" w14:textId="2A66BDB8" w:rsidR="00352444" w:rsidRPr="00BE6943" w:rsidRDefault="00352444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4288FFA7" w14:textId="48F510A1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7C8BBA70" w14:textId="2E5A08E6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4F1424DD" w14:textId="0720F7D8" w:rsidR="00805263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16D0C933" w14:textId="6D68D7A5" w:rsidR="00805263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6A25BB97" w14:textId="7B7E5CB0" w:rsidR="00805263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39B6B3CA" w14:textId="7289E9C2" w:rsidR="00805263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2FD9BEE0" w14:textId="30C070DD" w:rsidR="00805263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61B69ACA" w14:textId="77777777" w:rsidR="00805263" w:rsidRPr="00D01B4B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628EDD32" w14:textId="77777777" w:rsidR="00805263" w:rsidRDefault="00805263" w:rsidP="00D01B4B">
      <w:pPr>
        <w:pBdr>
          <w:bottom w:val="single" w:sz="14" w:space="1" w:color="B58A3B"/>
        </w:pBdr>
        <w:spacing w:after="0" w:line="240" w:lineRule="auto"/>
        <w:jc w:val="both"/>
        <w:rPr>
          <w:rFonts w:ascii="Book Antiqua" w:hAnsi="Book Antiqua"/>
          <w:b/>
          <w:color w:val="123B5D"/>
          <w:sz w:val="36"/>
          <w:szCs w:val="36"/>
        </w:rPr>
      </w:pPr>
    </w:p>
    <w:p w14:paraId="78C0225F" w14:textId="65009632" w:rsidR="00F262CE" w:rsidRPr="00D01B4B" w:rsidRDefault="009774FA" w:rsidP="00D01B4B">
      <w:pPr>
        <w:pBdr>
          <w:bottom w:val="single" w:sz="14" w:space="1" w:color="B58A3B"/>
        </w:pBd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b/>
          <w:color w:val="123B5D"/>
          <w:sz w:val="36"/>
          <w:szCs w:val="36"/>
        </w:rPr>
        <w:t>SECCIÓN</w:t>
      </w:r>
      <w:r w:rsidR="00634E6F" w:rsidRPr="00D01B4B">
        <w:rPr>
          <w:rFonts w:ascii="Book Antiqua" w:hAnsi="Book Antiqua"/>
          <w:b/>
          <w:color w:val="123B5D"/>
          <w:sz w:val="36"/>
          <w:szCs w:val="36"/>
        </w:rPr>
        <w:t xml:space="preserve"> IX: DISCERNIM</w:t>
      </w:r>
      <w:r>
        <w:rPr>
          <w:rFonts w:ascii="Book Antiqua" w:hAnsi="Book Antiqua"/>
          <w:b/>
          <w:color w:val="123B5D"/>
          <w:sz w:val="36"/>
          <w:szCs w:val="36"/>
        </w:rPr>
        <w:t>I</w:t>
      </w:r>
      <w:r w:rsidR="00634E6F" w:rsidRPr="00D01B4B">
        <w:rPr>
          <w:rFonts w:ascii="Book Antiqua" w:hAnsi="Book Antiqua"/>
          <w:b/>
          <w:color w:val="123B5D"/>
          <w:sz w:val="36"/>
          <w:szCs w:val="36"/>
        </w:rPr>
        <w:t>ENTO S</w:t>
      </w:r>
      <w:r>
        <w:rPr>
          <w:rFonts w:ascii="Book Antiqua" w:hAnsi="Book Antiqua"/>
          <w:b/>
          <w:color w:val="123B5D"/>
          <w:sz w:val="36"/>
          <w:szCs w:val="36"/>
        </w:rPr>
        <w:t>OBRE E</w:t>
      </w:r>
      <w:r w:rsidR="00634E6F" w:rsidRPr="00D01B4B">
        <w:rPr>
          <w:rFonts w:ascii="Book Antiqua" w:hAnsi="Book Antiqua"/>
          <w:b/>
          <w:color w:val="123B5D"/>
          <w:sz w:val="36"/>
          <w:szCs w:val="36"/>
        </w:rPr>
        <w:t>L FUTURO</w:t>
      </w:r>
    </w:p>
    <w:p w14:paraId="7B41609B" w14:textId="77777777" w:rsidR="00352444" w:rsidRPr="00D01B4B" w:rsidRDefault="00352444" w:rsidP="00D01B4B">
      <w:pPr>
        <w:spacing w:after="0" w:line="240" w:lineRule="auto"/>
        <w:jc w:val="both"/>
        <w:rPr>
          <w:rFonts w:ascii="Book Antiqua" w:hAnsi="Book Antiqua"/>
          <w:b/>
          <w:color w:val="B58A3B"/>
          <w:sz w:val="36"/>
          <w:szCs w:val="36"/>
        </w:rPr>
      </w:pPr>
    </w:p>
    <w:p w14:paraId="7DF389D3" w14:textId="091F9B4E" w:rsidR="00F262CE" w:rsidRPr="00D01B4B" w:rsidRDefault="009774FA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b/>
          <w:color w:val="B58A3B"/>
          <w:sz w:val="36"/>
          <w:szCs w:val="36"/>
        </w:rPr>
        <w:t xml:space="preserve">9. </w:t>
      </w:r>
      <w:proofErr w:type="spellStart"/>
      <w:r>
        <w:rPr>
          <w:rFonts w:ascii="Book Antiqua" w:hAnsi="Book Antiqua"/>
          <w:b/>
          <w:color w:val="B58A3B"/>
          <w:sz w:val="36"/>
          <w:szCs w:val="36"/>
        </w:rPr>
        <w:t>Visión</w:t>
      </w:r>
      <w:proofErr w:type="spellEnd"/>
      <w:r>
        <w:rPr>
          <w:rFonts w:ascii="Book Antiqua" w:hAnsi="Book Antiqua"/>
          <w:b/>
          <w:color w:val="B58A3B"/>
          <w:sz w:val="36"/>
          <w:szCs w:val="36"/>
        </w:rPr>
        <w:t xml:space="preserve"> pa</w:t>
      </w:r>
      <w:r w:rsidR="00634E6F" w:rsidRPr="00D01B4B">
        <w:rPr>
          <w:rFonts w:ascii="Book Antiqua" w:hAnsi="Book Antiqua"/>
          <w:b/>
          <w:color w:val="B58A3B"/>
          <w:sz w:val="36"/>
          <w:szCs w:val="36"/>
        </w:rPr>
        <w:t>r</w:t>
      </w:r>
      <w:r>
        <w:rPr>
          <w:rFonts w:ascii="Book Antiqua" w:hAnsi="Book Antiqua"/>
          <w:b/>
          <w:color w:val="B58A3B"/>
          <w:sz w:val="36"/>
          <w:szCs w:val="36"/>
        </w:rPr>
        <w:t>a e</w:t>
      </w:r>
      <w:r w:rsidR="00634E6F" w:rsidRPr="00D01B4B">
        <w:rPr>
          <w:rFonts w:ascii="Book Antiqua" w:hAnsi="Book Antiqua"/>
          <w:b/>
          <w:color w:val="B58A3B"/>
          <w:sz w:val="36"/>
          <w:szCs w:val="36"/>
        </w:rPr>
        <w:t>l 2036</w:t>
      </w:r>
    </w:p>
    <w:p w14:paraId="7883A03E" w14:textId="77777777" w:rsidR="003247B6" w:rsidRDefault="003247B6" w:rsidP="00D01B4B">
      <w:pPr>
        <w:spacing w:after="0" w:line="240" w:lineRule="auto"/>
        <w:jc w:val="both"/>
        <w:rPr>
          <w:rFonts w:ascii="Book Antiqua" w:hAnsi="Book Antiqua"/>
          <w:b/>
          <w:color w:val="123B5D"/>
          <w:sz w:val="36"/>
          <w:szCs w:val="36"/>
        </w:rPr>
      </w:pPr>
    </w:p>
    <w:p w14:paraId="4DF1D626" w14:textId="68E7CE18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37. </w:t>
      </w:r>
      <w:r w:rsidR="009774FA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Cuáles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son</w:t>
      </w:r>
      <w:r w:rsidRPr="00BE6943">
        <w:rPr>
          <w:rFonts w:ascii="Book Antiqua" w:hAnsi="Book Antiqua"/>
          <w:b/>
          <w:sz w:val="36"/>
          <w:szCs w:val="36"/>
        </w:rPr>
        <w:t xml:space="preserve">, </w:t>
      </w:r>
      <w:r w:rsidR="009774FA" w:rsidRPr="00BE6943">
        <w:rPr>
          <w:rFonts w:ascii="Book Antiqua" w:hAnsi="Book Antiqua"/>
          <w:b/>
          <w:sz w:val="36"/>
          <w:szCs w:val="36"/>
        </w:rPr>
        <w:t xml:space="preserve">a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vuestro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juicio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, las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tres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prioridades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principa</w:t>
      </w:r>
      <w:proofErr w:type="spellEnd"/>
      <w:r w:rsidR="00BE6943">
        <w:rPr>
          <w:rFonts w:ascii="Book Antiqua" w:hAnsi="Book Antiqua"/>
          <w:b/>
          <w:sz w:val="36"/>
          <w:szCs w:val="36"/>
        </w:rPr>
        <w:t>-</w:t>
      </w:r>
      <w:r w:rsidR="009774FA" w:rsidRPr="00BE6943">
        <w:rPr>
          <w:rFonts w:ascii="Book Antiqua" w:hAnsi="Book Antiqua"/>
          <w:b/>
          <w:sz w:val="36"/>
          <w:szCs w:val="36"/>
        </w:rPr>
        <w:t>l</w:t>
      </w:r>
      <w:r w:rsidR="00BE6943">
        <w:rPr>
          <w:rFonts w:ascii="Book Antiqua" w:hAnsi="Book Antiqua"/>
          <w:b/>
          <w:sz w:val="36"/>
          <w:szCs w:val="36"/>
        </w:rPr>
        <w:t>e</w:t>
      </w:r>
      <w:r w:rsidR="009774FA" w:rsidRPr="00BE6943">
        <w:rPr>
          <w:rFonts w:ascii="Book Antiqua" w:hAnsi="Book Antiqua"/>
          <w:b/>
          <w:sz w:val="36"/>
          <w:szCs w:val="36"/>
        </w:rPr>
        <w:t xml:space="preserve">s para la Orden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en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los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próximos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diez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años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>?</w:t>
      </w:r>
    </w:p>
    <w:p w14:paraId="15C43752" w14:textId="60E51A3F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502CBB4D" w14:textId="77777777" w:rsidR="00805263" w:rsidRPr="00BE6943" w:rsidRDefault="00805263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0A2E20D4" w14:textId="77777777" w:rsidR="00805263" w:rsidRPr="00BE6943" w:rsidRDefault="00805263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05F3E5B0" w14:textId="731182DB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38. </w:t>
      </w:r>
      <w:r w:rsidR="009774FA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obras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deberían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reforzarse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>?</w:t>
      </w:r>
    </w:p>
    <w:p w14:paraId="6E717D3D" w14:textId="6F267F51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32EF3206" w14:textId="77777777" w:rsidR="00805263" w:rsidRPr="00BE6943" w:rsidRDefault="00805263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58959B64" w14:textId="77777777" w:rsidR="00805263" w:rsidRPr="00BE6943" w:rsidRDefault="00805263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7D41010A" w14:textId="3C04BEC1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39. </w:t>
      </w:r>
      <w:r w:rsidR="009774FA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obras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deberían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replantearse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>?</w:t>
      </w:r>
    </w:p>
    <w:p w14:paraId="03EAFF14" w14:textId="1D5D349C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1BB7FEE5" w14:textId="77777777" w:rsidR="00805263" w:rsidRPr="00BE6943" w:rsidRDefault="00805263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5487A867" w14:textId="77777777" w:rsidR="00805263" w:rsidRPr="00BE6943" w:rsidRDefault="00805263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30FA1423" w14:textId="763BBDF2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40. </w:t>
      </w:r>
      <w:r w:rsidR="009774FA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recursos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serán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necesarios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para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afrontar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el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futuro</w:t>
      </w:r>
      <w:proofErr w:type="spellEnd"/>
      <w:r w:rsidRPr="00BE6943">
        <w:rPr>
          <w:rFonts w:ascii="Book Antiqua" w:hAnsi="Book Antiqua"/>
          <w:b/>
          <w:sz w:val="36"/>
          <w:szCs w:val="36"/>
        </w:rPr>
        <w:t>?</w:t>
      </w:r>
    </w:p>
    <w:p w14:paraId="63894CDB" w14:textId="46DD31F0" w:rsidR="00606C53" w:rsidRPr="00BE6943" w:rsidRDefault="00606C5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2ED1AE83" w14:textId="298CEAE5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1E1C2025" w14:textId="21A8AB5C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5EC2BC57" w14:textId="06A3618E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44E231C5" w14:textId="1345E6BB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7BB141C9" w14:textId="6C6A3665" w:rsidR="00805263" w:rsidRPr="00BE6943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41B5C025" w14:textId="1DE80ED4" w:rsidR="00805263" w:rsidRPr="00BE6943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6A8D8DF7" w14:textId="2155F764" w:rsidR="00805263" w:rsidRPr="00BE6943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7A007AD6" w14:textId="79334676" w:rsidR="00805263" w:rsidRPr="00BE6943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3F232370" w14:textId="5D6EB6FC" w:rsidR="00805263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7B6EC75F" w14:textId="77777777" w:rsidR="00805263" w:rsidRPr="00D01B4B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443FF20D" w14:textId="2A4C00FD" w:rsidR="00606C53" w:rsidRPr="00D01B4B" w:rsidRDefault="003247B6" w:rsidP="00D01B4B">
      <w:pPr>
        <w:pBdr>
          <w:bottom w:val="single" w:sz="14" w:space="1" w:color="B58A3B"/>
        </w:pBd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b/>
          <w:color w:val="123B5D"/>
          <w:sz w:val="36"/>
          <w:szCs w:val="36"/>
        </w:rPr>
        <w:t>SÍ</w:t>
      </w:r>
      <w:r w:rsidR="00606C53" w:rsidRPr="00D01B4B">
        <w:rPr>
          <w:rFonts w:ascii="Book Antiqua" w:hAnsi="Book Antiqua"/>
          <w:b/>
          <w:color w:val="123B5D"/>
          <w:sz w:val="36"/>
          <w:szCs w:val="36"/>
        </w:rPr>
        <w:t>NTESI</w:t>
      </w:r>
      <w:r>
        <w:rPr>
          <w:rFonts w:ascii="Book Antiqua" w:hAnsi="Book Antiqua"/>
          <w:b/>
          <w:color w:val="123B5D"/>
          <w:sz w:val="36"/>
          <w:szCs w:val="36"/>
        </w:rPr>
        <w:t>S FINAL</w:t>
      </w:r>
    </w:p>
    <w:p w14:paraId="58AEC81D" w14:textId="77777777" w:rsidR="00606C53" w:rsidRPr="00D01B4B" w:rsidRDefault="00606C5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5BBE2B79" w14:textId="12F9606A" w:rsidR="00F262CE" w:rsidRPr="00D01B4B" w:rsidRDefault="009774FA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b/>
          <w:color w:val="B58A3B"/>
          <w:sz w:val="36"/>
          <w:szCs w:val="36"/>
        </w:rPr>
        <w:t xml:space="preserve">10. </w:t>
      </w:r>
      <w:proofErr w:type="spellStart"/>
      <w:r>
        <w:rPr>
          <w:rFonts w:ascii="Book Antiqua" w:hAnsi="Book Antiqua"/>
          <w:b/>
          <w:color w:val="B58A3B"/>
          <w:sz w:val="36"/>
          <w:szCs w:val="36"/>
        </w:rPr>
        <w:t>Aportación</w:t>
      </w:r>
      <w:proofErr w:type="spellEnd"/>
      <w:r>
        <w:rPr>
          <w:rFonts w:ascii="Book Antiqua" w:hAnsi="Book Antiqua"/>
          <w:b/>
          <w:color w:val="B58A3B"/>
          <w:sz w:val="36"/>
          <w:szCs w:val="36"/>
        </w:rPr>
        <w:t xml:space="preserve"> de </w:t>
      </w:r>
      <w:r w:rsidR="00634E6F" w:rsidRPr="00D01B4B">
        <w:rPr>
          <w:rFonts w:ascii="Book Antiqua" w:hAnsi="Book Antiqua"/>
          <w:b/>
          <w:color w:val="B58A3B"/>
          <w:sz w:val="36"/>
          <w:szCs w:val="36"/>
        </w:rPr>
        <w:t xml:space="preserve">la </w:t>
      </w:r>
      <w:proofErr w:type="spellStart"/>
      <w:r w:rsidR="00634E6F" w:rsidRPr="00D01B4B">
        <w:rPr>
          <w:rFonts w:ascii="Book Antiqua" w:hAnsi="Book Antiqua"/>
          <w:b/>
          <w:color w:val="B58A3B"/>
          <w:sz w:val="36"/>
          <w:szCs w:val="36"/>
        </w:rPr>
        <w:t>Pr</w:t>
      </w:r>
      <w:r>
        <w:rPr>
          <w:rFonts w:ascii="Book Antiqua" w:hAnsi="Book Antiqua"/>
          <w:b/>
          <w:color w:val="B58A3B"/>
          <w:sz w:val="36"/>
          <w:szCs w:val="36"/>
        </w:rPr>
        <w:t>ovincia</w:t>
      </w:r>
      <w:proofErr w:type="spellEnd"/>
    </w:p>
    <w:p w14:paraId="456D0DC3" w14:textId="77777777" w:rsidR="00917E8C" w:rsidRPr="00BE6943" w:rsidRDefault="00917E8C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06E770E0" w14:textId="6CC92D6A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41. </w:t>
      </w:r>
      <w:r w:rsidR="009774FA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Cuáles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son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los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tres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puntos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proofErr w:type="gramStart"/>
      <w:r w:rsidR="009774FA" w:rsidRPr="00BE6943">
        <w:rPr>
          <w:rFonts w:ascii="Book Antiqua" w:hAnsi="Book Antiqua"/>
          <w:b/>
          <w:sz w:val="36"/>
          <w:szCs w:val="36"/>
        </w:rPr>
        <w:t>fuertes</w:t>
      </w:r>
      <w:proofErr w:type="spellEnd"/>
      <w:proofErr w:type="gram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más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importantes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de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nuestra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realidad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de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España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y Mozambique?</w:t>
      </w:r>
    </w:p>
    <w:p w14:paraId="1630A502" w14:textId="1FD966F7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724FD05E" w14:textId="12123725" w:rsidR="009774FA" w:rsidRPr="00BE6943" w:rsidRDefault="009774FA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5FDA4395" w14:textId="77777777" w:rsidR="00805263" w:rsidRPr="00BE6943" w:rsidRDefault="00805263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5C61EED6" w14:textId="77777777" w:rsidR="009774FA" w:rsidRPr="00BE6943" w:rsidRDefault="009774FA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4B99C0FD" w14:textId="6D641522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42. </w:t>
      </w:r>
      <w:r w:rsidR="009774FA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Cuáles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son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los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tres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principales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retos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>?</w:t>
      </w:r>
    </w:p>
    <w:p w14:paraId="338BA0AE" w14:textId="77777777" w:rsidR="009774FA" w:rsidRPr="00BE6943" w:rsidRDefault="009774FA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4F23E209" w14:textId="42342DB1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66C9C01B" w14:textId="70AFBA13" w:rsidR="009774FA" w:rsidRPr="00BE6943" w:rsidRDefault="009774FA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20825288" w14:textId="77777777" w:rsidR="00805263" w:rsidRPr="00BE6943" w:rsidRDefault="00805263" w:rsidP="00D01B4B">
      <w:pPr>
        <w:spacing w:after="0" w:line="240" w:lineRule="auto"/>
        <w:jc w:val="both"/>
        <w:rPr>
          <w:rFonts w:ascii="Book Antiqua" w:hAnsi="Book Antiqua"/>
          <w:b/>
          <w:sz w:val="36"/>
          <w:szCs w:val="36"/>
        </w:rPr>
      </w:pPr>
    </w:p>
    <w:p w14:paraId="08A1D906" w14:textId="652DB5B4" w:rsidR="00F262CE" w:rsidRPr="00BE6943" w:rsidRDefault="00634E6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  <w:r w:rsidRPr="00BE6943">
        <w:rPr>
          <w:rFonts w:ascii="Book Antiqua" w:hAnsi="Book Antiqua"/>
          <w:b/>
          <w:sz w:val="36"/>
          <w:szCs w:val="36"/>
        </w:rPr>
        <w:t xml:space="preserve">43. </w:t>
      </w:r>
      <w:r w:rsidR="009774FA" w:rsidRPr="00BE6943">
        <w:rPr>
          <w:rFonts w:ascii="Book Antiqua" w:hAnsi="Book Antiqua"/>
          <w:b/>
          <w:sz w:val="36"/>
          <w:szCs w:val="36"/>
        </w:rPr>
        <w:t>¿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Qué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mensaje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deseáis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confiar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al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Gobierno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General </w:t>
      </w:r>
      <w:proofErr w:type="gramStart"/>
      <w:r w:rsidR="009774FA" w:rsidRPr="00BE6943">
        <w:rPr>
          <w:rFonts w:ascii="Book Antiqua" w:hAnsi="Book Antiqua"/>
          <w:b/>
          <w:sz w:val="36"/>
          <w:szCs w:val="36"/>
        </w:rPr>
        <w:t>y</w:t>
      </w:r>
      <w:proofErr w:type="gramEnd"/>
      <w:r w:rsidR="009774FA" w:rsidRPr="00BE6943">
        <w:rPr>
          <w:rFonts w:ascii="Book Antiqua" w:hAnsi="Book Antiqua"/>
          <w:b/>
          <w:sz w:val="36"/>
          <w:szCs w:val="36"/>
        </w:rPr>
        <w:t xml:space="preserve"> a </w:t>
      </w:r>
      <w:proofErr w:type="spellStart"/>
      <w:r w:rsidR="009774FA" w:rsidRPr="00BE6943">
        <w:rPr>
          <w:rFonts w:ascii="Book Antiqua" w:hAnsi="Book Antiqua"/>
          <w:b/>
          <w:sz w:val="36"/>
          <w:szCs w:val="36"/>
        </w:rPr>
        <w:t>toda</w:t>
      </w:r>
      <w:proofErr w:type="spellEnd"/>
      <w:r w:rsidR="009774FA" w:rsidRPr="00BE6943">
        <w:rPr>
          <w:rFonts w:ascii="Book Antiqua" w:hAnsi="Book Antiqua"/>
          <w:b/>
          <w:sz w:val="36"/>
          <w:szCs w:val="36"/>
        </w:rPr>
        <w:t xml:space="preserve"> la Orden</w:t>
      </w:r>
      <w:r w:rsidRPr="00BE6943">
        <w:rPr>
          <w:rFonts w:ascii="Book Antiqua" w:hAnsi="Book Antiqua"/>
          <w:b/>
          <w:sz w:val="36"/>
          <w:szCs w:val="36"/>
        </w:rPr>
        <w:t>?</w:t>
      </w:r>
    </w:p>
    <w:p w14:paraId="440F7EB1" w14:textId="7923DB4A" w:rsidR="00F262CE" w:rsidRPr="00BE6943" w:rsidRDefault="00F262CE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6FA09E5D" w14:textId="04568567" w:rsidR="003247B6" w:rsidRPr="00BE6943" w:rsidRDefault="003247B6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064878D8" w14:textId="5B6C9783" w:rsidR="003247B6" w:rsidRDefault="003247B6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6FFD53F4" w14:textId="6A687CAC" w:rsidR="00F710AF" w:rsidRDefault="00F710A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4583CB6B" w14:textId="77777777" w:rsidR="00F710AF" w:rsidRPr="00BE6943" w:rsidRDefault="00F710AF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2FED9920" w14:textId="4D2D9DDF" w:rsidR="009774FA" w:rsidRPr="00BE6943" w:rsidRDefault="009774FA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p w14:paraId="6A0E3FE9" w14:textId="77777777" w:rsidR="009774FA" w:rsidRPr="00BE6943" w:rsidRDefault="009774FA" w:rsidP="00D01B4B">
      <w:pPr>
        <w:spacing w:after="0" w:line="240" w:lineRule="auto"/>
        <w:jc w:val="both"/>
        <w:rPr>
          <w:rFonts w:ascii="Book Antiqua" w:hAnsi="Book Antiqua"/>
          <w:sz w:val="36"/>
          <w:szCs w:val="3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166"/>
      </w:tblGrid>
      <w:tr w:rsidR="00F262CE" w:rsidRPr="00D01B4B" w14:paraId="0F30B047" w14:textId="77777777">
        <w:tc>
          <w:tcPr>
            <w:tcW w:w="10166" w:type="dxa"/>
            <w:shd w:val="clear" w:color="auto" w:fill="F4F0E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17C1908" w14:textId="3DE6A9A7" w:rsidR="00F262CE" w:rsidRDefault="00D01B4B" w:rsidP="00716FD6">
            <w:pPr>
              <w:spacing w:after="0" w:line="240" w:lineRule="auto"/>
              <w:jc w:val="center"/>
              <w:rPr>
                <w:rFonts w:ascii="Book Antiqua" w:hAnsi="Book Antiqua"/>
                <w:b/>
                <w:color w:val="123B5D"/>
                <w:sz w:val="36"/>
                <w:szCs w:val="36"/>
              </w:rPr>
            </w:pPr>
            <w:r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 xml:space="preserve">Gracias </w:t>
            </w:r>
            <w:proofErr w:type="spellStart"/>
            <w:r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>por</w:t>
            </w:r>
            <w:proofErr w:type="spellEnd"/>
            <w:r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 xml:space="preserve"> </w:t>
            </w:r>
            <w:r w:rsidR="00634E6F"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>l</w:t>
            </w:r>
            <w:r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>a</w:t>
            </w:r>
            <w:r w:rsidR="00634E6F"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 xml:space="preserve"> </w:t>
            </w:r>
            <w:proofErr w:type="spellStart"/>
            <w:r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>aportación</w:t>
            </w:r>
            <w:proofErr w:type="spellEnd"/>
            <w:r w:rsidR="00634E6F"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 xml:space="preserve"> al </w:t>
            </w:r>
            <w:proofErr w:type="spellStart"/>
            <w:r w:rsidR="00634E6F"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>discernim</w:t>
            </w:r>
            <w:r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>i</w:t>
            </w:r>
            <w:r w:rsidR="00634E6F"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>e</w:t>
            </w:r>
            <w:r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>nto</w:t>
            </w:r>
            <w:proofErr w:type="spellEnd"/>
            <w:r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 xml:space="preserve"> </w:t>
            </w:r>
            <w:proofErr w:type="spellStart"/>
            <w:r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>común</w:t>
            </w:r>
            <w:proofErr w:type="spellEnd"/>
            <w:r w:rsidR="00634E6F"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 xml:space="preserve"> de</w:t>
            </w:r>
            <w:r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 xml:space="preserve"> la Orden</w:t>
            </w:r>
            <w:r w:rsidR="00634E6F" w:rsidRPr="00D01B4B">
              <w:rPr>
                <w:rFonts w:ascii="Book Antiqua" w:hAnsi="Book Antiqua"/>
                <w:b/>
                <w:color w:val="C00000"/>
                <w:sz w:val="36"/>
                <w:szCs w:val="36"/>
              </w:rPr>
              <w:t>.</w:t>
            </w:r>
          </w:p>
          <w:p w14:paraId="5507413C" w14:textId="77777777" w:rsidR="00D01B4B" w:rsidRPr="00D01B4B" w:rsidRDefault="00D01B4B" w:rsidP="00D01B4B">
            <w:pPr>
              <w:spacing w:after="0" w:line="240" w:lineRule="auto"/>
              <w:jc w:val="both"/>
              <w:rPr>
                <w:rFonts w:ascii="Book Antiqua" w:hAnsi="Book Antiqua"/>
                <w:sz w:val="24"/>
                <w:szCs w:val="36"/>
              </w:rPr>
            </w:pPr>
          </w:p>
          <w:p w14:paraId="30D8FB62" w14:textId="2C7160D0" w:rsidR="00F262CE" w:rsidRPr="00D01B4B" w:rsidRDefault="00D01B4B" w:rsidP="00716FD6">
            <w:pPr>
              <w:spacing w:after="0" w:line="240" w:lineRule="auto"/>
              <w:jc w:val="center"/>
              <w:rPr>
                <w:rFonts w:ascii="Book Antiqua" w:hAnsi="Book Antiqua"/>
                <w:color w:val="0033CC"/>
                <w:sz w:val="36"/>
                <w:szCs w:val="36"/>
              </w:rPr>
            </w:pPr>
            <w:r w:rsidRPr="00D01B4B">
              <w:rPr>
                <w:rFonts w:ascii="Book Antiqua" w:hAnsi="Book Antiqua"/>
                <w:b/>
                <w:color w:val="0033CC"/>
                <w:sz w:val="36"/>
                <w:szCs w:val="36"/>
              </w:rPr>
              <w:t>DISCERNIR • SERVIR</w:t>
            </w:r>
            <w:r w:rsidR="00634E6F" w:rsidRPr="00D01B4B">
              <w:rPr>
                <w:rFonts w:ascii="Book Antiqua" w:hAnsi="Book Antiqua"/>
                <w:b/>
                <w:color w:val="0033CC"/>
                <w:sz w:val="36"/>
                <w:szCs w:val="36"/>
              </w:rPr>
              <w:t xml:space="preserve"> • GENERAR</w:t>
            </w:r>
            <w:r w:rsidRPr="00D01B4B">
              <w:rPr>
                <w:rFonts w:ascii="Book Antiqua" w:hAnsi="Book Antiqua"/>
                <w:b/>
                <w:color w:val="0033CC"/>
                <w:sz w:val="36"/>
                <w:szCs w:val="36"/>
              </w:rPr>
              <w:t xml:space="preserve"> E</w:t>
            </w:r>
            <w:r w:rsidR="00634E6F" w:rsidRPr="00D01B4B">
              <w:rPr>
                <w:rFonts w:ascii="Book Antiqua" w:hAnsi="Book Antiqua"/>
                <w:b/>
                <w:color w:val="0033CC"/>
                <w:sz w:val="36"/>
                <w:szCs w:val="36"/>
              </w:rPr>
              <w:t>SPERANZA</w:t>
            </w:r>
          </w:p>
        </w:tc>
      </w:tr>
    </w:tbl>
    <w:p w14:paraId="08A2339B" w14:textId="77777777" w:rsidR="00634E6F" w:rsidRPr="008855FB" w:rsidRDefault="00634E6F">
      <w:pPr>
        <w:rPr>
          <w:rFonts w:ascii="Book Antiqua" w:hAnsi="Book Antiqua"/>
          <w:sz w:val="24"/>
          <w:szCs w:val="24"/>
        </w:rPr>
      </w:pPr>
    </w:p>
    <w:sectPr w:rsidR="00634E6F" w:rsidRPr="008855FB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0820AF" w14:textId="77777777" w:rsidR="009C4FB8" w:rsidRDefault="009C4FB8">
      <w:pPr>
        <w:spacing w:after="0" w:line="240" w:lineRule="auto"/>
      </w:pPr>
      <w:r>
        <w:separator/>
      </w:r>
    </w:p>
  </w:endnote>
  <w:endnote w:type="continuationSeparator" w:id="0">
    <w:p w14:paraId="55DA09EC" w14:textId="77777777" w:rsidR="009C4FB8" w:rsidRDefault="009C4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Georgia Pro Cond Black">
    <w:altName w:val="Times New Roman"/>
    <w:charset w:val="00"/>
    <w:family w:val="roman"/>
    <w:pitch w:val="variable"/>
    <w:sig w:usb0="00000001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418C48" w14:textId="17106055" w:rsidR="003247B6" w:rsidRPr="00022DF8" w:rsidRDefault="003247B6" w:rsidP="00022DF8">
    <w:pPr>
      <w:pStyle w:val="Piedepgina"/>
      <w:jc w:val="right"/>
      <w:rPr>
        <w:rFonts w:ascii="Times New Roman" w:hAnsi="Times New Roman" w:cs="Times New Roman"/>
        <w:i/>
        <w:sz w:val="32"/>
        <w:szCs w:val="20"/>
      </w:rPr>
    </w:pPr>
    <w:r w:rsidRPr="00022DF8">
      <w:rPr>
        <w:rFonts w:ascii="Times New Roman" w:hAnsi="Times New Roman" w:cs="Times New Roman"/>
        <w:i/>
        <w:color w:val="646464"/>
        <w:sz w:val="32"/>
        <w:szCs w:val="20"/>
      </w:rPr>
      <w:t xml:space="preserve">Orden de </w:t>
    </w:r>
    <w:proofErr w:type="spellStart"/>
    <w:r w:rsidRPr="00022DF8">
      <w:rPr>
        <w:rFonts w:ascii="Times New Roman" w:hAnsi="Times New Roman" w:cs="Times New Roman"/>
        <w:i/>
        <w:color w:val="646464"/>
        <w:sz w:val="32"/>
        <w:szCs w:val="20"/>
      </w:rPr>
      <w:t>los</w:t>
    </w:r>
    <w:proofErr w:type="spellEnd"/>
    <w:r w:rsidRPr="00022DF8">
      <w:rPr>
        <w:rFonts w:ascii="Times New Roman" w:hAnsi="Times New Roman" w:cs="Times New Roman"/>
        <w:i/>
        <w:color w:val="646464"/>
        <w:sz w:val="32"/>
        <w:szCs w:val="20"/>
      </w:rPr>
      <w:t xml:space="preserve"> </w:t>
    </w:r>
    <w:proofErr w:type="spellStart"/>
    <w:r w:rsidRPr="00022DF8">
      <w:rPr>
        <w:rFonts w:ascii="Times New Roman" w:hAnsi="Times New Roman" w:cs="Times New Roman"/>
        <w:i/>
        <w:color w:val="646464"/>
        <w:sz w:val="32"/>
        <w:szCs w:val="20"/>
      </w:rPr>
      <w:t>Clérigos</w:t>
    </w:r>
    <w:proofErr w:type="spellEnd"/>
    <w:r w:rsidRPr="00022DF8">
      <w:rPr>
        <w:rFonts w:ascii="Times New Roman" w:hAnsi="Times New Roman" w:cs="Times New Roman"/>
        <w:i/>
        <w:color w:val="646464"/>
        <w:sz w:val="32"/>
        <w:szCs w:val="20"/>
      </w:rPr>
      <w:t xml:space="preserve"> </w:t>
    </w:r>
    <w:proofErr w:type="spellStart"/>
    <w:r w:rsidRPr="00022DF8">
      <w:rPr>
        <w:rFonts w:ascii="Times New Roman" w:hAnsi="Times New Roman" w:cs="Times New Roman"/>
        <w:i/>
        <w:color w:val="646464"/>
        <w:sz w:val="32"/>
        <w:szCs w:val="20"/>
      </w:rPr>
      <w:t>Regulares</w:t>
    </w:r>
    <w:proofErr w:type="spellEnd"/>
    <w:r w:rsidRPr="00022DF8">
      <w:rPr>
        <w:rFonts w:ascii="Times New Roman" w:hAnsi="Times New Roman" w:cs="Times New Roman"/>
        <w:i/>
        <w:color w:val="646464"/>
        <w:sz w:val="32"/>
        <w:szCs w:val="20"/>
      </w:rPr>
      <w:t xml:space="preserve"> de </w:t>
    </w:r>
    <w:proofErr w:type="gramStart"/>
    <w:r w:rsidRPr="00022DF8">
      <w:rPr>
        <w:rFonts w:ascii="Times New Roman" w:hAnsi="Times New Roman" w:cs="Times New Roman"/>
        <w:i/>
        <w:color w:val="646464"/>
        <w:sz w:val="32"/>
        <w:szCs w:val="20"/>
      </w:rPr>
      <w:t>Somasca  |</w:t>
    </w:r>
    <w:proofErr w:type="gramEnd"/>
    <w:r w:rsidRPr="00022DF8">
      <w:rPr>
        <w:rFonts w:ascii="Times New Roman" w:hAnsi="Times New Roman" w:cs="Times New Roman"/>
        <w:i/>
        <w:color w:val="646464"/>
        <w:sz w:val="32"/>
        <w:szCs w:val="20"/>
      </w:rPr>
      <w:t xml:space="preserve">  Instrumentum Laboris • </w:t>
    </w:r>
    <w:proofErr w:type="spellStart"/>
    <w:r w:rsidRPr="00022DF8">
      <w:rPr>
        <w:rFonts w:ascii="Times New Roman" w:hAnsi="Times New Roman" w:cs="Times New Roman"/>
        <w:i/>
        <w:color w:val="646464"/>
        <w:sz w:val="32"/>
        <w:szCs w:val="20"/>
      </w:rPr>
      <w:t>Sexenio</w:t>
    </w:r>
    <w:proofErr w:type="spellEnd"/>
    <w:r w:rsidRPr="00022DF8">
      <w:rPr>
        <w:rFonts w:ascii="Times New Roman" w:hAnsi="Times New Roman" w:cs="Times New Roman"/>
        <w:i/>
        <w:color w:val="646464"/>
        <w:sz w:val="32"/>
        <w:szCs w:val="20"/>
      </w:rPr>
      <w:t xml:space="preserve"> 2025–2031</w:t>
    </w:r>
    <w:r w:rsidRPr="00022DF8">
      <w:rPr>
        <w:rFonts w:ascii="Times New Roman" w:hAnsi="Times New Roman" w:cs="Times New Roman"/>
        <w:i/>
        <w:sz w:val="32"/>
        <w:szCs w:val="20"/>
      </w:rPr>
      <w:t xml:space="preserve">  •  </w:t>
    </w:r>
    <w:r w:rsidRPr="00022DF8">
      <w:rPr>
        <w:rFonts w:ascii="Times New Roman" w:hAnsi="Times New Roman" w:cs="Times New Roman"/>
        <w:i/>
        <w:sz w:val="32"/>
        <w:szCs w:val="20"/>
      </w:rPr>
      <w:fldChar w:fldCharType="begin"/>
    </w:r>
    <w:r w:rsidRPr="00022DF8">
      <w:rPr>
        <w:rFonts w:ascii="Times New Roman" w:hAnsi="Times New Roman" w:cs="Times New Roman"/>
        <w:i/>
        <w:sz w:val="32"/>
        <w:szCs w:val="20"/>
      </w:rPr>
      <w:instrText>PAGE</w:instrText>
    </w:r>
    <w:r w:rsidRPr="00022DF8">
      <w:rPr>
        <w:rFonts w:ascii="Times New Roman" w:hAnsi="Times New Roman" w:cs="Times New Roman"/>
        <w:i/>
        <w:sz w:val="32"/>
        <w:szCs w:val="20"/>
      </w:rPr>
      <w:fldChar w:fldCharType="separate"/>
    </w:r>
    <w:r w:rsidR="008B2775">
      <w:rPr>
        <w:rFonts w:ascii="Times New Roman" w:hAnsi="Times New Roman" w:cs="Times New Roman"/>
        <w:i/>
        <w:noProof/>
        <w:sz w:val="32"/>
        <w:szCs w:val="20"/>
      </w:rPr>
      <w:t>5</w:t>
    </w:r>
    <w:r w:rsidRPr="00022DF8">
      <w:rPr>
        <w:rFonts w:ascii="Times New Roman" w:hAnsi="Times New Roman" w:cs="Times New Roman"/>
        <w:i/>
        <w:sz w:val="32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223BB0" w14:textId="77777777" w:rsidR="009C4FB8" w:rsidRDefault="009C4FB8">
      <w:pPr>
        <w:spacing w:after="0" w:line="240" w:lineRule="auto"/>
      </w:pPr>
      <w:r>
        <w:separator/>
      </w:r>
    </w:p>
  </w:footnote>
  <w:footnote w:type="continuationSeparator" w:id="0">
    <w:p w14:paraId="3A8A59F3" w14:textId="77777777" w:rsidR="009C4FB8" w:rsidRDefault="009C4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A8C35" w14:textId="7EAD54B7" w:rsidR="003247B6" w:rsidRPr="00022DF8" w:rsidRDefault="003247B6" w:rsidP="00022DF8">
    <w:pPr>
      <w:pStyle w:val="Encabezado"/>
      <w:pBdr>
        <w:bottom w:val="single" w:sz="6" w:space="1" w:color="B58A3B"/>
      </w:pBdr>
      <w:jc w:val="right"/>
      <w:rPr>
        <w:rFonts w:ascii="Segoe UI Historic" w:hAnsi="Segoe UI Historic" w:cs="Segoe UI Historic"/>
        <w:b/>
        <w:color w:val="123B5D"/>
        <w:sz w:val="20"/>
        <w:szCs w:val="20"/>
      </w:rPr>
    </w:pPr>
    <w:r w:rsidRPr="00022DF8">
      <w:rPr>
        <w:rFonts w:ascii="Segoe UI Historic" w:hAnsi="Segoe UI Historic" w:cs="Segoe UI Historic"/>
        <w:b/>
        <w:color w:val="123B5D"/>
        <w:sz w:val="20"/>
        <w:szCs w:val="20"/>
      </w:rPr>
      <w:t>CONSULTA ORDINARIA DE LA ORDEN • INDONESIA 2026</w:t>
    </w:r>
  </w:p>
  <w:p w14:paraId="0DA489F4" w14:textId="77777777" w:rsidR="003247B6" w:rsidRPr="00543292" w:rsidRDefault="003247B6" w:rsidP="00543292">
    <w:pPr>
      <w:pStyle w:val="Encabezado"/>
      <w:pBdr>
        <w:bottom w:val="single" w:sz="6" w:space="1" w:color="B58A3B"/>
      </w:pBdr>
      <w:jc w:val="center"/>
      <w:rPr>
        <w:rFonts w:ascii="Monotype Corsiva" w:hAnsi="Monotype Corsiva"/>
        <w:b/>
        <w:color w:val="123B5D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22DF8"/>
    <w:rsid w:val="00034616"/>
    <w:rsid w:val="0006063C"/>
    <w:rsid w:val="000B106F"/>
    <w:rsid w:val="0015074B"/>
    <w:rsid w:val="002536FE"/>
    <w:rsid w:val="00263FBB"/>
    <w:rsid w:val="0029639D"/>
    <w:rsid w:val="003247B6"/>
    <w:rsid w:val="00326F90"/>
    <w:rsid w:val="00352444"/>
    <w:rsid w:val="003B54C0"/>
    <w:rsid w:val="0040384B"/>
    <w:rsid w:val="00524FBD"/>
    <w:rsid w:val="00543292"/>
    <w:rsid w:val="00606C53"/>
    <w:rsid w:val="00634E6F"/>
    <w:rsid w:val="006648DF"/>
    <w:rsid w:val="006B7505"/>
    <w:rsid w:val="00707AA9"/>
    <w:rsid w:val="00716FD6"/>
    <w:rsid w:val="00805263"/>
    <w:rsid w:val="008855FB"/>
    <w:rsid w:val="008B2775"/>
    <w:rsid w:val="00917E8C"/>
    <w:rsid w:val="009774FA"/>
    <w:rsid w:val="009C4FB8"/>
    <w:rsid w:val="009C62A6"/>
    <w:rsid w:val="00A54579"/>
    <w:rsid w:val="00AA1D8D"/>
    <w:rsid w:val="00AE7873"/>
    <w:rsid w:val="00B47730"/>
    <w:rsid w:val="00BA3C37"/>
    <w:rsid w:val="00BE6943"/>
    <w:rsid w:val="00C001A9"/>
    <w:rsid w:val="00CB0664"/>
    <w:rsid w:val="00D01B4B"/>
    <w:rsid w:val="00F262CE"/>
    <w:rsid w:val="00F51DD1"/>
    <w:rsid w:val="00F710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D0822015-2614-43A2-82DD-8E17613FE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23B5D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B58A3B"/>
      <w:sz w:val="25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23B5D"/>
      <w:spacing w:val="5"/>
      <w:kern w:val="28"/>
      <w:sz w:val="50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BE69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69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1F804DD-4455-4D22-B4B6-8629FB0F7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13</Pages>
  <Words>868</Words>
  <Characters>4775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José Mª Santamaría Ínsua</cp:lastModifiedBy>
  <cp:revision>7</cp:revision>
  <cp:lastPrinted>2026-10-15T09:17:00Z</cp:lastPrinted>
  <dcterms:created xsi:type="dcterms:W3CDTF">2026-10-15T08:02:00Z</dcterms:created>
  <dcterms:modified xsi:type="dcterms:W3CDTF">2026-10-15T14:56:00Z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a8ad04bf-51c7-4719-b351-2b7afcda86da</vt:lpwstr>
  </property>
</Properties>
</file>